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B9FB8" w14:textId="77777777" w:rsidR="00F319AE" w:rsidRPr="00F319AE" w:rsidRDefault="00000000" w:rsidP="00F319AE">
      <w:pPr>
        <w:pStyle w:val="Ttulo"/>
        <w:rPr>
          <w:sz w:val="48"/>
          <w:szCs w:val="48"/>
        </w:rPr>
      </w:pPr>
      <w:r w:rsidRPr="00F319AE">
        <w:rPr>
          <w:sz w:val="48"/>
          <w:szCs w:val="48"/>
        </w:rPr>
        <w:t>Matheus Barroso</w:t>
      </w:r>
    </w:p>
    <w:p w14:paraId="0D9B3EE6" w14:textId="59B35EE6" w:rsidR="00F319AE" w:rsidRPr="00F319AE" w:rsidRDefault="00F319AE" w:rsidP="00F319AE">
      <w:pPr>
        <w:pStyle w:val="Ttulo"/>
        <w:rPr>
          <w:b/>
          <w:bCs/>
          <w:sz w:val="22"/>
          <w:szCs w:val="22"/>
        </w:rPr>
      </w:pPr>
      <w:proofErr w:type="spellStart"/>
      <w:r w:rsidRPr="00F319AE">
        <w:rPr>
          <w:b/>
          <w:bCs/>
          <w:sz w:val="22"/>
          <w:szCs w:val="22"/>
        </w:rPr>
        <w:t>Desenvolvedor</w:t>
      </w:r>
      <w:proofErr w:type="spellEnd"/>
      <w:r w:rsidRPr="00F319AE">
        <w:rPr>
          <w:b/>
          <w:bCs/>
          <w:sz w:val="22"/>
          <w:szCs w:val="22"/>
        </w:rPr>
        <w:t xml:space="preserve"> </w:t>
      </w:r>
      <w:r w:rsidR="00170FF7">
        <w:rPr>
          <w:b/>
          <w:bCs/>
          <w:sz w:val="22"/>
          <w:szCs w:val="22"/>
        </w:rPr>
        <w:t>Full Stack</w:t>
      </w:r>
      <w:r w:rsidRPr="00F319AE">
        <w:rPr>
          <w:b/>
          <w:bCs/>
          <w:sz w:val="22"/>
          <w:szCs w:val="22"/>
        </w:rPr>
        <w:t xml:space="preserve"> | </w:t>
      </w:r>
      <w:r w:rsidR="00170FF7" w:rsidRPr="00170FF7">
        <w:rPr>
          <w:b/>
          <w:bCs/>
          <w:sz w:val="22"/>
          <w:szCs w:val="22"/>
        </w:rPr>
        <w:t>APIs, Interfaces Web e Cloud</w:t>
      </w:r>
      <w:r w:rsidR="00170FF7">
        <w:rPr>
          <w:b/>
          <w:bCs/>
          <w:sz w:val="22"/>
          <w:szCs w:val="22"/>
        </w:rPr>
        <w:t xml:space="preserve"> </w:t>
      </w:r>
      <w:r w:rsidR="00E4423D" w:rsidRPr="00E4423D">
        <w:rPr>
          <w:b/>
          <w:bCs/>
          <w:sz w:val="22"/>
          <w:szCs w:val="22"/>
        </w:rPr>
        <w:t>|</w:t>
      </w:r>
      <w:r w:rsidRPr="00F319AE">
        <w:rPr>
          <w:b/>
          <w:bCs/>
          <w:sz w:val="22"/>
          <w:szCs w:val="22"/>
        </w:rPr>
        <w:t xml:space="preserve"> AWS Cloud Practitioner</w:t>
      </w:r>
    </w:p>
    <w:p w14:paraId="17C8A425" w14:textId="44FE63FF" w:rsidR="000F20F3" w:rsidRDefault="000F20F3">
      <w:r>
        <w:t>Vila Mariana</w:t>
      </w:r>
      <w:r w:rsidRPr="000F20F3">
        <w:t xml:space="preserve"> – São Paulo, SP </w:t>
      </w:r>
    </w:p>
    <w:p w14:paraId="074DE7D3" w14:textId="77777777" w:rsidR="005035B8" w:rsidRDefault="005035B8">
      <w:r w:rsidRPr="005035B8">
        <w:t>E</w:t>
      </w:r>
      <w:r w:rsidRPr="005035B8">
        <w:noBreakHyphen/>
        <w:t xml:space="preserve">mail: </w:t>
      </w:r>
      <w:hyperlink r:id="rId6" w:history="1">
        <w:r w:rsidRPr="00A11DD5">
          <w:rPr>
            <w:rStyle w:val="Hyperlink"/>
          </w:rPr>
          <w:t>matheusbarroso.dev@gmail.com</w:t>
        </w:r>
      </w:hyperlink>
    </w:p>
    <w:p w14:paraId="52C34EF6" w14:textId="77777777" w:rsidR="005035B8" w:rsidRDefault="005035B8">
      <w:proofErr w:type="spellStart"/>
      <w:r w:rsidRPr="005035B8">
        <w:t>Celular</w:t>
      </w:r>
      <w:proofErr w:type="spellEnd"/>
      <w:r w:rsidRPr="005035B8">
        <w:t>/WhatsApp</w:t>
      </w:r>
      <w:r w:rsidRPr="005035B8">
        <w:rPr>
          <w:b/>
          <w:bCs/>
        </w:rPr>
        <w:t>:</w:t>
      </w:r>
      <w:r w:rsidRPr="005035B8">
        <w:t xml:space="preserve"> (11) 91153</w:t>
      </w:r>
      <w:r w:rsidRPr="005035B8">
        <w:noBreakHyphen/>
        <w:t>6344</w:t>
      </w:r>
    </w:p>
    <w:p w14:paraId="29B90DE2" w14:textId="77777777" w:rsidR="00443D9F" w:rsidRDefault="00000000">
      <w:r>
        <w:t xml:space="preserve">LinkedIn: </w:t>
      </w:r>
      <w:hyperlink r:id="rId7" w:history="1">
        <w:r w:rsidR="004D4B29" w:rsidRPr="00DE7DFD">
          <w:rPr>
            <w:rStyle w:val="Hyperlink"/>
          </w:rPr>
          <w:t>https://www.linkedin.com/in/matheusdcbarroso</w:t>
        </w:r>
      </w:hyperlink>
    </w:p>
    <w:p w14:paraId="3B565AC3" w14:textId="77777777" w:rsidR="00F2311E" w:rsidRDefault="00000000">
      <w:r>
        <w:t xml:space="preserve">GitHub: </w:t>
      </w:r>
      <w:hyperlink r:id="rId8" w:history="1">
        <w:r w:rsidR="00F2311E" w:rsidRPr="00DB302E">
          <w:rPr>
            <w:rStyle w:val="Hyperlink"/>
          </w:rPr>
          <w:t>https://github.com/matbarroso97</w:t>
        </w:r>
      </w:hyperlink>
    </w:p>
    <w:p w14:paraId="5135F57A" w14:textId="68D88DD7" w:rsidR="00311B54" w:rsidRDefault="006C2551">
      <w:r>
        <w:t>Site/</w:t>
      </w:r>
      <w:proofErr w:type="spellStart"/>
      <w:r>
        <w:t>Portfólio</w:t>
      </w:r>
      <w:proofErr w:type="spellEnd"/>
      <w:r>
        <w:t xml:space="preserve">: </w:t>
      </w:r>
      <w:hyperlink r:id="rId9" w:history="1">
        <w:r w:rsidRPr="00DE7DFD">
          <w:rPr>
            <w:rStyle w:val="Hyperlink"/>
          </w:rPr>
          <w:t>https://matheusbarroso.dev</w:t>
        </w:r>
      </w:hyperlink>
    </w:p>
    <w:p w14:paraId="3DAD3AB5" w14:textId="77777777" w:rsidR="00092175" w:rsidRDefault="00092175"/>
    <w:p w14:paraId="742A8DB3" w14:textId="77777777" w:rsidR="00443D9F" w:rsidRPr="003E545F" w:rsidRDefault="00000000">
      <w:pPr>
        <w:rPr>
          <w:sz w:val="28"/>
          <w:szCs w:val="28"/>
        </w:rPr>
      </w:pPr>
      <w:proofErr w:type="spellStart"/>
      <w:r w:rsidRPr="003E545F">
        <w:rPr>
          <w:b/>
          <w:sz w:val="28"/>
          <w:szCs w:val="28"/>
        </w:rPr>
        <w:t>Resumo</w:t>
      </w:r>
      <w:proofErr w:type="spellEnd"/>
      <w:r w:rsidRPr="003E545F">
        <w:rPr>
          <w:b/>
          <w:sz w:val="28"/>
          <w:szCs w:val="28"/>
        </w:rPr>
        <w:t xml:space="preserve"> </w:t>
      </w:r>
      <w:proofErr w:type="spellStart"/>
      <w:r w:rsidRPr="003E545F">
        <w:rPr>
          <w:b/>
          <w:sz w:val="28"/>
          <w:szCs w:val="28"/>
        </w:rPr>
        <w:t>Profissional</w:t>
      </w:r>
      <w:proofErr w:type="spellEnd"/>
    </w:p>
    <w:p w14:paraId="695C7C05" w14:textId="0EB07FE5" w:rsidR="00311B54" w:rsidRDefault="00E4423D">
      <w:proofErr w:type="spellStart"/>
      <w:r w:rsidRPr="00E4423D">
        <w:t>Estudante</w:t>
      </w:r>
      <w:proofErr w:type="spellEnd"/>
      <w:r w:rsidRPr="00E4423D">
        <w:t xml:space="preserve"> de </w:t>
      </w:r>
      <w:proofErr w:type="spellStart"/>
      <w:r w:rsidRPr="00E4423D">
        <w:t>Engenharia</w:t>
      </w:r>
      <w:proofErr w:type="spellEnd"/>
      <w:r w:rsidRPr="00E4423D">
        <w:t xml:space="preserve"> de Software </w:t>
      </w:r>
      <w:proofErr w:type="spellStart"/>
      <w:r w:rsidRPr="00E4423D">
        <w:t>na</w:t>
      </w:r>
      <w:proofErr w:type="spellEnd"/>
      <w:r w:rsidRPr="00E4423D">
        <w:t xml:space="preserve"> FIAP, </w:t>
      </w:r>
      <w:proofErr w:type="spellStart"/>
      <w:r w:rsidRPr="00E4423D">
        <w:t>focado</w:t>
      </w:r>
      <w:proofErr w:type="spellEnd"/>
      <w:r w:rsidRPr="00E4423D">
        <w:t xml:space="preserve"> </w:t>
      </w:r>
      <w:proofErr w:type="spellStart"/>
      <w:r w:rsidRPr="00E4423D">
        <w:t>em</w:t>
      </w:r>
      <w:proofErr w:type="spellEnd"/>
      <w:r w:rsidRPr="00E4423D">
        <w:t xml:space="preserve"> back-end com Java, Spring Boot e SQL (PostgreSQL). Tenho </w:t>
      </w:r>
      <w:proofErr w:type="spellStart"/>
      <w:r w:rsidRPr="00E4423D">
        <w:t>experiência</w:t>
      </w:r>
      <w:proofErr w:type="spellEnd"/>
      <w:r w:rsidRPr="00E4423D">
        <w:t xml:space="preserve"> </w:t>
      </w:r>
      <w:proofErr w:type="spellStart"/>
      <w:r w:rsidRPr="00E4423D">
        <w:t>prática</w:t>
      </w:r>
      <w:proofErr w:type="spellEnd"/>
      <w:r w:rsidRPr="00E4423D">
        <w:t xml:space="preserve"> com APIs REST, JPA/Hibernate e </w:t>
      </w:r>
      <w:proofErr w:type="spellStart"/>
      <w:r w:rsidRPr="00E4423D">
        <w:t>integração</w:t>
      </w:r>
      <w:proofErr w:type="spellEnd"/>
      <w:r w:rsidRPr="00E4423D">
        <w:t xml:space="preserve"> com </w:t>
      </w:r>
      <w:proofErr w:type="spellStart"/>
      <w:r w:rsidRPr="00E4423D">
        <w:t>serviços</w:t>
      </w:r>
      <w:proofErr w:type="spellEnd"/>
      <w:r w:rsidRPr="00E4423D">
        <w:t xml:space="preserve"> AWS, </w:t>
      </w:r>
      <w:proofErr w:type="spellStart"/>
      <w:r w:rsidRPr="00E4423D">
        <w:t>além</w:t>
      </w:r>
      <w:proofErr w:type="spellEnd"/>
      <w:r w:rsidRPr="00E4423D">
        <w:t xml:space="preserve"> de </w:t>
      </w:r>
      <w:proofErr w:type="spellStart"/>
      <w:r w:rsidRPr="00E4423D">
        <w:t>conhecimentos</w:t>
      </w:r>
      <w:proofErr w:type="spellEnd"/>
      <w:r w:rsidRPr="00E4423D">
        <w:t xml:space="preserve"> </w:t>
      </w:r>
      <w:proofErr w:type="spellStart"/>
      <w:r w:rsidRPr="00E4423D">
        <w:t>em</w:t>
      </w:r>
      <w:proofErr w:type="spellEnd"/>
      <w:r w:rsidRPr="00E4423D">
        <w:t xml:space="preserve"> Python, C# e </w:t>
      </w:r>
      <w:proofErr w:type="spellStart"/>
      <w:r w:rsidRPr="00E4423D">
        <w:t>noções</w:t>
      </w:r>
      <w:proofErr w:type="spellEnd"/>
      <w:r w:rsidRPr="00E4423D">
        <w:t xml:space="preserve"> de front-end com JavaScript</w:t>
      </w:r>
      <w:r w:rsidR="00F8758E">
        <w:t>/TypeScript</w:t>
      </w:r>
      <w:r w:rsidRPr="00E4423D">
        <w:t>, HTML/CSS e React.</w:t>
      </w:r>
      <w:r w:rsidRPr="00E4423D">
        <w:br/>
      </w:r>
      <w:proofErr w:type="spellStart"/>
      <w:r w:rsidRPr="00E4423D">
        <w:t>Morei</w:t>
      </w:r>
      <w:proofErr w:type="spellEnd"/>
      <w:r w:rsidRPr="00E4423D">
        <w:t xml:space="preserve"> 7 </w:t>
      </w:r>
      <w:proofErr w:type="spellStart"/>
      <w:r w:rsidRPr="00E4423D">
        <w:t>anos</w:t>
      </w:r>
      <w:proofErr w:type="spellEnd"/>
      <w:r w:rsidRPr="00E4423D">
        <w:t xml:space="preserve"> </w:t>
      </w:r>
      <w:proofErr w:type="spellStart"/>
      <w:r w:rsidRPr="00E4423D">
        <w:t>na</w:t>
      </w:r>
      <w:proofErr w:type="spellEnd"/>
      <w:r w:rsidRPr="00E4423D">
        <w:t xml:space="preserve"> Argentina, </w:t>
      </w:r>
      <w:proofErr w:type="spellStart"/>
      <w:r w:rsidRPr="00E4423D">
        <w:t>tenho</w:t>
      </w:r>
      <w:proofErr w:type="spellEnd"/>
      <w:r w:rsidRPr="00E4423D">
        <w:t xml:space="preserve"> </w:t>
      </w:r>
      <w:proofErr w:type="spellStart"/>
      <w:r w:rsidRPr="00E4423D">
        <w:t>espanhol</w:t>
      </w:r>
      <w:proofErr w:type="spellEnd"/>
      <w:r w:rsidRPr="00E4423D">
        <w:t xml:space="preserve"> </w:t>
      </w:r>
      <w:proofErr w:type="spellStart"/>
      <w:r w:rsidRPr="00E4423D">
        <w:t>avançado</w:t>
      </w:r>
      <w:proofErr w:type="spellEnd"/>
      <w:r w:rsidRPr="00E4423D">
        <w:t xml:space="preserve"> e </w:t>
      </w:r>
      <w:proofErr w:type="spellStart"/>
      <w:r w:rsidRPr="00E4423D">
        <w:t>facilidade</w:t>
      </w:r>
      <w:proofErr w:type="spellEnd"/>
      <w:r w:rsidRPr="00E4423D">
        <w:t xml:space="preserve"> </w:t>
      </w:r>
      <w:proofErr w:type="spellStart"/>
      <w:r w:rsidRPr="00E4423D">
        <w:t>em</w:t>
      </w:r>
      <w:proofErr w:type="spellEnd"/>
      <w:r w:rsidRPr="00E4423D">
        <w:t xml:space="preserve"> ambientes </w:t>
      </w:r>
      <w:proofErr w:type="spellStart"/>
      <w:r w:rsidRPr="00E4423D">
        <w:t>multiculturais</w:t>
      </w:r>
      <w:proofErr w:type="spellEnd"/>
      <w:r w:rsidRPr="00E4423D">
        <w:t>.</w:t>
      </w:r>
    </w:p>
    <w:p w14:paraId="7649A653" w14:textId="77777777" w:rsidR="008C7A74" w:rsidRDefault="008C7A74"/>
    <w:p w14:paraId="6DC05972" w14:textId="5BB8A241" w:rsidR="008C7A74" w:rsidRDefault="00000000">
      <w:pPr>
        <w:rPr>
          <w:b/>
          <w:sz w:val="28"/>
          <w:szCs w:val="28"/>
        </w:rPr>
      </w:pPr>
      <w:proofErr w:type="spellStart"/>
      <w:r w:rsidRPr="003E545F">
        <w:rPr>
          <w:b/>
          <w:sz w:val="28"/>
          <w:szCs w:val="28"/>
        </w:rPr>
        <w:t>Experiência</w:t>
      </w:r>
      <w:proofErr w:type="spellEnd"/>
      <w:r w:rsidRPr="003E545F">
        <w:rPr>
          <w:b/>
          <w:sz w:val="28"/>
          <w:szCs w:val="28"/>
        </w:rPr>
        <w:t xml:space="preserve"> </w:t>
      </w:r>
      <w:proofErr w:type="spellStart"/>
      <w:r w:rsidRPr="003E545F">
        <w:rPr>
          <w:b/>
          <w:sz w:val="28"/>
          <w:szCs w:val="28"/>
        </w:rPr>
        <w:t>Profissional</w:t>
      </w:r>
      <w:proofErr w:type="spellEnd"/>
    </w:p>
    <w:p w14:paraId="3D482365" w14:textId="7A319242" w:rsidR="008C7A74" w:rsidRPr="008C7A74" w:rsidRDefault="008C7A74" w:rsidP="008C7A74">
      <w:pPr>
        <w:spacing w:after="0"/>
        <w:rPr>
          <w:sz w:val="24"/>
          <w:szCs w:val="24"/>
          <w:lang w:val="pt-BR"/>
        </w:rPr>
      </w:pPr>
      <w:r w:rsidRPr="008C7A74">
        <w:rPr>
          <w:sz w:val="24"/>
          <w:szCs w:val="24"/>
          <w:lang w:val="pt-BR"/>
        </w:rPr>
        <w:t>Desenvolvedor Web Freelancer / Autônomo</w:t>
      </w:r>
      <w:r w:rsidRPr="008C7A74">
        <w:rPr>
          <w:sz w:val="24"/>
          <w:szCs w:val="24"/>
          <w:lang w:val="pt-BR"/>
        </w:rPr>
        <w:br/>
        <w:t>São Paulo, SP | 202</w:t>
      </w:r>
      <w:r>
        <w:rPr>
          <w:sz w:val="24"/>
          <w:szCs w:val="24"/>
          <w:lang w:val="pt-BR"/>
        </w:rPr>
        <w:t>5</w:t>
      </w:r>
      <w:r w:rsidRPr="008C7A74">
        <w:rPr>
          <w:sz w:val="24"/>
          <w:szCs w:val="24"/>
          <w:lang w:val="pt-BR"/>
        </w:rPr>
        <w:t xml:space="preserve"> – atual</w:t>
      </w:r>
    </w:p>
    <w:p w14:paraId="18E841AE" w14:textId="46CECECB" w:rsidR="008C7A74" w:rsidRPr="008C7A74" w:rsidRDefault="008C7A74" w:rsidP="008C7A74">
      <w:pPr>
        <w:spacing w:after="0"/>
        <w:rPr>
          <w:lang w:val="pt-BR"/>
        </w:rPr>
      </w:pPr>
      <w:r>
        <w:rPr>
          <w:lang w:val="pt-BR"/>
        </w:rPr>
        <w:t>-</w:t>
      </w:r>
      <w:r w:rsidRPr="008C7A74">
        <w:rPr>
          <w:lang w:val="pt-BR"/>
        </w:rPr>
        <w:t xml:space="preserve"> Desenvolvimento de sites e páginas responsivas com HTML, CSS e </w:t>
      </w:r>
      <w:proofErr w:type="spellStart"/>
      <w:r w:rsidRPr="008C7A74">
        <w:rPr>
          <w:lang w:val="pt-BR"/>
        </w:rPr>
        <w:t>JavaScript</w:t>
      </w:r>
      <w:proofErr w:type="spellEnd"/>
      <w:r w:rsidRPr="008C7A74">
        <w:rPr>
          <w:lang w:val="pt-BR"/>
        </w:rPr>
        <w:t>.</w:t>
      </w:r>
    </w:p>
    <w:p w14:paraId="212C754C" w14:textId="6470EDD8" w:rsidR="008C7A74" w:rsidRPr="008C7A74" w:rsidRDefault="008C7A74" w:rsidP="008C7A74">
      <w:pPr>
        <w:spacing w:after="0"/>
        <w:rPr>
          <w:lang w:val="pt-BR"/>
        </w:rPr>
      </w:pPr>
      <w:r>
        <w:rPr>
          <w:lang w:val="pt-BR"/>
        </w:rPr>
        <w:t>-</w:t>
      </w:r>
      <w:r w:rsidRPr="008C7A74">
        <w:rPr>
          <w:lang w:val="pt-BR"/>
        </w:rPr>
        <w:t xml:space="preserve"> Criação de elementos visuais, como logotipos, banners e identidade visual.</w:t>
      </w:r>
    </w:p>
    <w:p w14:paraId="419CAA38" w14:textId="6F160CE3" w:rsidR="008C7A74" w:rsidRPr="008C7A74" w:rsidRDefault="008C7A74" w:rsidP="008C7A74">
      <w:pPr>
        <w:spacing w:after="0"/>
        <w:rPr>
          <w:lang w:val="pt-BR"/>
        </w:rPr>
      </w:pPr>
      <w:r>
        <w:rPr>
          <w:lang w:val="pt-BR"/>
        </w:rPr>
        <w:t>-</w:t>
      </w:r>
      <w:r w:rsidRPr="008C7A74">
        <w:rPr>
          <w:lang w:val="pt-BR"/>
        </w:rPr>
        <w:t xml:space="preserve"> Atendimento direto a clientes, com levantamento de necessidades e entrega de soluções.</w:t>
      </w:r>
    </w:p>
    <w:p w14:paraId="7CF44EDE" w14:textId="76371AA9" w:rsidR="008C7A74" w:rsidRDefault="008C7A74" w:rsidP="008C7A74">
      <w:pPr>
        <w:spacing w:after="0"/>
        <w:rPr>
          <w:lang w:val="pt-BR"/>
        </w:rPr>
      </w:pPr>
      <w:r>
        <w:rPr>
          <w:lang w:val="pt-BR"/>
        </w:rPr>
        <w:t>-</w:t>
      </w:r>
      <w:r w:rsidRPr="008C7A74">
        <w:rPr>
          <w:lang w:val="pt-BR"/>
        </w:rPr>
        <w:t xml:space="preserve"> Atuação autônoma na resolução de problemas técnicos e organização das entregas.</w:t>
      </w:r>
    </w:p>
    <w:p w14:paraId="0E5B8A62" w14:textId="77777777" w:rsidR="008C7A74" w:rsidRPr="008C7A74" w:rsidRDefault="008C7A74" w:rsidP="008C7A74">
      <w:pPr>
        <w:spacing w:after="0"/>
        <w:rPr>
          <w:b/>
          <w:sz w:val="28"/>
          <w:szCs w:val="28"/>
        </w:rPr>
      </w:pPr>
    </w:p>
    <w:p w14:paraId="339A80E4" w14:textId="5DF9CC08" w:rsidR="00311B54" w:rsidRDefault="00000000" w:rsidP="003E545F">
      <w:r w:rsidRPr="008C7A74">
        <w:rPr>
          <w:sz w:val="24"/>
          <w:szCs w:val="24"/>
        </w:rPr>
        <w:t xml:space="preserve">Instituto Balbino </w:t>
      </w:r>
      <w:proofErr w:type="spellStart"/>
      <w:r w:rsidRPr="008C7A74">
        <w:rPr>
          <w:sz w:val="24"/>
          <w:szCs w:val="24"/>
        </w:rPr>
        <w:t>Fé</w:t>
      </w:r>
      <w:proofErr w:type="spellEnd"/>
      <w:r w:rsidRPr="008C7A74">
        <w:rPr>
          <w:sz w:val="24"/>
          <w:szCs w:val="24"/>
        </w:rPr>
        <w:t xml:space="preserve"> com Obras – </w:t>
      </w:r>
      <w:proofErr w:type="spellStart"/>
      <w:r w:rsidRPr="008C7A74">
        <w:rPr>
          <w:sz w:val="24"/>
          <w:szCs w:val="24"/>
        </w:rPr>
        <w:t>Desenvolvedor</w:t>
      </w:r>
      <w:proofErr w:type="spellEnd"/>
      <w:r w:rsidRPr="008C7A74">
        <w:rPr>
          <w:sz w:val="24"/>
          <w:szCs w:val="24"/>
        </w:rPr>
        <w:t xml:space="preserve"> </w:t>
      </w:r>
      <w:r w:rsidR="00867430" w:rsidRPr="008C7A74">
        <w:rPr>
          <w:sz w:val="24"/>
          <w:szCs w:val="24"/>
        </w:rPr>
        <w:t>Web</w:t>
      </w:r>
      <w:r w:rsidRPr="008C7A74">
        <w:rPr>
          <w:sz w:val="24"/>
          <w:szCs w:val="24"/>
        </w:rPr>
        <w:t xml:space="preserve"> (</w:t>
      </w:r>
      <w:proofErr w:type="spellStart"/>
      <w:r w:rsidRPr="008C7A74">
        <w:rPr>
          <w:sz w:val="24"/>
          <w:szCs w:val="24"/>
        </w:rPr>
        <w:t>Voluntário</w:t>
      </w:r>
      <w:proofErr w:type="spellEnd"/>
      <w:r w:rsidRPr="008C7A74">
        <w:rPr>
          <w:sz w:val="24"/>
          <w:szCs w:val="24"/>
        </w:rPr>
        <w:t>)</w:t>
      </w:r>
      <w:r w:rsidRPr="008C7A74">
        <w:rPr>
          <w:sz w:val="24"/>
          <w:szCs w:val="24"/>
        </w:rPr>
        <w:br/>
        <w:t>Rio de Janeiro | ago/2024 – set/2024</w:t>
      </w:r>
      <w:r w:rsidRPr="003E545F">
        <w:br/>
        <w:t xml:space="preserve">- </w:t>
      </w:r>
      <w:proofErr w:type="spellStart"/>
      <w:r w:rsidRPr="003E545F">
        <w:t>Desenvolvimento</w:t>
      </w:r>
      <w:proofErr w:type="spellEnd"/>
      <w:r w:rsidRPr="003E545F">
        <w:t xml:space="preserve"> de site </w:t>
      </w:r>
      <w:proofErr w:type="spellStart"/>
      <w:r w:rsidRPr="003E545F">
        <w:t>institucional</w:t>
      </w:r>
      <w:proofErr w:type="spellEnd"/>
      <w:r w:rsidRPr="003E545F">
        <w:t xml:space="preserve"> </w:t>
      </w:r>
      <w:proofErr w:type="spellStart"/>
      <w:r w:rsidRPr="003E545F">
        <w:t>responsivo</w:t>
      </w:r>
      <w:proofErr w:type="spellEnd"/>
      <w:r w:rsidRPr="003E545F">
        <w:t xml:space="preserve"> com HTML e CSS.</w:t>
      </w:r>
      <w:r w:rsidRPr="003E545F">
        <w:br/>
        <w:t xml:space="preserve">- </w:t>
      </w:r>
      <w:proofErr w:type="spellStart"/>
      <w:r w:rsidRPr="003E545F">
        <w:t>Criação</w:t>
      </w:r>
      <w:proofErr w:type="spellEnd"/>
      <w:r w:rsidRPr="003E545F">
        <w:t xml:space="preserve"> de </w:t>
      </w:r>
      <w:proofErr w:type="spellStart"/>
      <w:r w:rsidRPr="003E545F">
        <w:t>identidade</w:t>
      </w:r>
      <w:proofErr w:type="spellEnd"/>
      <w:r w:rsidRPr="003E545F">
        <w:t xml:space="preserve"> visual (</w:t>
      </w:r>
      <w:proofErr w:type="spellStart"/>
      <w:r w:rsidRPr="003E545F">
        <w:t>logotipo</w:t>
      </w:r>
      <w:proofErr w:type="spellEnd"/>
      <w:r w:rsidRPr="003E545F">
        <w:t xml:space="preserve"> e banner).</w:t>
      </w:r>
      <w:r w:rsidRPr="003E545F">
        <w:br/>
        <w:t xml:space="preserve">- </w:t>
      </w:r>
      <w:proofErr w:type="spellStart"/>
      <w:r w:rsidRPr="003E545F">
        <w:t>Aplicação</w:t>
      </w:r>
      <w:proofErr w:type="spellEnd"/>
      <w:r w:rsidRPr="003E545F">
        <w:t xml:space="preserve"> de design </w:t>
      </w:r>
      <w:proofErr w:type="spellStart"/>
      <w:r w:rsidRPr="003E545F">
        <w:t>acessível</w:t>
      </w:r>
      <w:proofErr w:type="spellEnd"/>
      <w:r w:rsidRPr="003E545F">
        <w:t xml:space="preserve"> e </w:t>
      </w:r>
      <w:proofErr w:type="spellStart"/>
      <w:r w:rsidRPr="003E545F">
        <w:t>responsivo</w:t>
      </w:r>
      <w:proofErr w:type="spellEnd"/>
      <w:r w:rsidRPr="003E545F">
        <w:t>.</w:t>
      </w:r>
      <w:r w:rsidRPr="003E545F">
        <w:br/>
        <w:t xml:space="preserve">- </w:t>
      </w:r>
      <w:proofErr w:type="spellStart"/>
      <w:r w:rsidRPr="003E545F">
        <w:t>Resolução</w:t>
      </w:r>
      <w:proofErr w:type="spellEnd"/>
      <w:r w:rsidRPr="003E545F">
        <w:t xml:space="preserve"> de </w:t>
      </w:r>
      <w:proofErr w:type="spellStart"/>
      <w:r w:rsidRPr="003E545F">
        <w:t>problemas</w:t>
      </w:r>
      <w:proofErr w:type="spellEnd"/>
      <w:r w:rsidRPr="003E545F">
        <w:t xml:space="preserve"> </w:t>
      </w:r>
      <w:proofErr w:type="spellStart"/>
      <w:r w:rsidRPr="003E545F">
        <w:t>técnicos</w:t>
      </w:r>
      <w:proofErr w:type="spellEnd"/>
      <w:r w:rsidRPr="003E545F">
        <w:t xml:space="preserve"> de forma </w:t>
      </w:r>
      <w:proofErr w:type="spellStart"/>
      <w:r w:rsidRPr="003E545F">
        <w:t>autônoma</w:t>
      </w:r>
      <w:proofErr w:type="spellEnd"/>
      <w:r w:rsidRPr="003E545F">
        <w:t>.</w:t>
      </w:r>
    </w:p>
    <w:p w14:paraId="29606654" w14:textId="77777777" w:rsidR="00F8758E" w:rsidRDefault="00FC33E4" w:rsidP="003E545F">
      <w:r w:rsidRPr="006E29F7">
        <w:rPr>
          <w:i/>
          <w:iCs/>
          <w:lang w:val="pt-BR"/>
        </w:rPr>
        <w:t xml:space="preserve">      </w:t>
      </w:r>
      <w:r w:rsidRPr="00FC33E4">
        <w:rPr>
          <w:i/>
          <w:iCs/>
        </w:rPr>
        <w:t>Site</w:t>
      </w:r>
      <w:r>
        <w:t xml:space="preserve">: </w:t>
      </w:r>
      <w:hyperlink r:id="rId10" w:history="1">
        <w:r w:rsidRPr="00FC33E4">
          <w:rPr>
            <w:rStyle w:val="Hyperlink"/>
          </w:rPr>
          <w:t>https://institutobalbino.com.br</w:t>
        </w:r>
      </w:hyperlink>
    </w:p>
    <w:p w14:paraId="0A95E650" w14:textId="55EE131F" w:rsidR="00311B54" w:rsidRPr="00777061" w:rsidRDefault="00796331" w:rsidP="003E545F">
      <w:r>
        <w:rPr>
          <w:b/>
          <w:bCs/>
          <w:sz w:val="28"/>
          <w:szCs w:val="28"/>
          <w:lang w:val="pt-BR"/>
        </w:rPr>
        <w:lastRenderedPageBreak/>
        <w:t>P</w:t>
      </w:r>
      <w:r w:rsidR="003E545F" w:rsidRPr="002D7AAB">
        <w:rPr>
          <w:b/>
          <w:bCs/>
          <w:sz w:val="28"/>
          <w:szCs w:val="28"/>
          <w:lang w:val="pt-BR"/>
        </w:rPr>
        <w:t>rojetos</w:t>
      </w:r>
      <w:r w:rsidR="008C7A74">
        <w:rPr>
          <w:b/>
          <w:bCs/>
          <w:sz w:val="28"/>
          <w:szCs w:val="28"/>
          <w:lang w:val="pt-BR"/>
        </w:rPr>
        <w:t xml:space="preserve"> Pessoais</w:t>
      </w:r>
      <w:r w:rsidR="003E545F" w:rsidRPr="002D7AAB">
        <w:rPr>
          <w:b/>
          <w:bCs/>
          <w:sz w:val="28"/>
          <w:szCs w:val="28"/>
          <w:lang w:val="pt-BR"/>
        </w:rPr>
        <w:t xml:space="preserve"> Relevantes</w:t>
      </w:r>
    </w:p>
    <w:p w14:paraId="793E248C" w14:textId="1EA1AB08" w:rsidR="003E545F" w:rsidRPr="008A5EA8" w:rsidRDefault="003E545F" w:rsidP="003E545F">
      <w:pPr>
        <w:rPr>
          <w:lang w:val="pt-BR"/>
        </w:rPr>
      </w:pPr>
      <w:r w:rsidRPr="002D7AAB">
        <w:rPr>
          <w:b/>
          <w:bCs/>
          <w:sz w:val="24"/>
          <w:szCs w:val="24"/>
          <w:lang w:val="pt-BR"/>
        </w:rPr>
        <w:t xml:space="preserve">CRUD de Funcionários – Spring Boot + </w:t>
      </w:r>
      <w:proofErr w:type="spellStart"/>
      <w:r w:rsidRPr="002D7AAB">
        <w:rPr>
          <w:b/>
          <w:bCs/>
          <w:sz w:val="24"/>
          <w:szCs w:val="24"/>
          <w:lang w:val="pt-BR"/>
        </w:rPr>
        <w:t>Amazon</w:t>
      </w:r>
      <w:proofErr w:type="spellEnd"/>
      <w:r w:rsidRPr="002D7AAB">
        <w:rPr>
          <w:b/>
          <w:bCs/>
          <w:sz w:val="24"/>
          <w:szCs w:val="24"/>
          <w:lang w:val="pt-BR"/>
        </w:rPr>
        <w:t xml:space="preserve"> </w:t>
      </w:r>
      <w:proofErr w:type="spellStart"/>
      <w:r w:rsidRPr="002D7AAB">
        <w:rPr>
          <w:b/>
          <w:bCs/>
          <w:sz w:val="24"/>
          <w:szCs w:val="24"/>
          <w:lang w:val="pt-BR"/>
        </w:rPr>
        <w:t>DynamoDB</w:t>
      </w:r>
      <w:proofErr w:type="spellEnd"/>
    </w:p>
    <w:p w14:paraId="01BBD2EE" w14:textId="55EA9B46" w:rsidR="00E0771E" w:rsidRDefault="00E0771E" w:rsidP="003E545F">
      <w:pPr>
        <w:spacing w:after="0"/>
        <w:rPr>
          <w:i/>
          <w:iCs/>
          <w:lang w:val="pt-BR"/>
        </w:rPr>
      </w:pPr>
      <w:r w:rsidRPr="00E0771E">
        <w:t xml:space="preserve">API REST para </w:t>
      </w:r>
      <w:proofErr w:type="spellStart"/>
      <w:r w:rsidRPr="00E0771E">
        <w:t>cadastro</w:t>
      </w:r>
      <w:proofErr w:type="spellEnd"/>
      <w:r w:rsidRPr="00E0771E">
        <w:t xml:space="preserve">, consulta, </w:t>
      </w:r>
      <w:proofErr w:type="spellStart"/>
      <w:r w:rsidRPr="00E0771E">
        <w:t>atualização</w:t>
      </w:r>
      <w:proofErr w:type="spellEnd"/>
      <w:r w:rsidRPr="00E0771E">
        <w:t xml:space="preserve"> e </w:t>
      </w:r>
      <w:proofErr w:type="spellStart"/>
      <w:r w:rsidRPr="00E0771E">
        <w:t>exclusão</w:t>
      </w:r>
      <w:proofErr w:type="spellEnd"/>
      <w:r w:rsidRPr="00E0771E">
        <w:t xml:space="preserve"> de </w:t>
      </w:r>
      <w:proofErr w:type="spellStart"/>
      <w:r w:rsidRPr="00E0771E">
        <w:t>funcionários</w:t>
      </w:r>
      <w:proofErr w:type="spellEnd"/>
      <w:r w:rsidRPr="00E0771E">
        <w:t xml:space="preserve">, </w:t>
      </w:r>
      <w:proofErr w:type="spellStart"/>
      <w:r w:rsidRPr="00E0771E">
        <w:t>integrada</w:t>
      </w:r>
      <w:proofErr w:type="spellEnd"/>
      <w:r w:rsidRPr="00E0771E">
        <w:t xml:space="preserve"> com </w:t>
      </w:r>
      <w:proofErr w:type="spellStart"/>
      <w:r w:rsidRPr="00E0771E">
        <w:t>serviços</w:t>
      </w:r>
      <w:proofErr w:type="spellEnd"/>
      <w:r w:rsidRPr="00E0771E">
        <w:t xml:space="preserve"> da AWS.</w:t>
      </w:r>
      <w:r w:rsidRPr="00E0771E">
        <w:br/>
        <w:t xml:space="preserve">• </w:t>
      </w:r>
      <w:proofErr w:type="spellStart"/>
      <w:r w:rsidRPr="00E0771E">
        <w:t>Tecnologias</w:t>
      </w:r>
      <w:proofErr w:type="spellEnd"/>
      <w:r w:rsidRPr="00E0771E">
        <w:t>: Java, Spring Boot, Spring Web, Amazon DynamoDB, AWS SDK.</w:t>
      </w:r>
      <w:r w:rsidRPr="00E0771E">
        <w:br/>
        <w:t xml:space="preserve">• </w:t>
      </w:r>
      <w:proofErr w:type="spellStart"/>
      <w:r w:rsidRPr="00E0771E">
        <w:t>Destaques</w:t>
      </w:r>
      <w:proofErr w:type="spellEnd"/>
      <w:r w:rsidRPr="00E0771E">
        <w:t xml:space="preserve">: </w:t>
      </w:r>
      <w:proofErr w:type="spellStart"/>
      <w:r w:rsidRPr="00E0771E">
        <w:t>implementação</w:t>
      </w:r>
      <w:proofErr w:type="spellEnd"/>
      <w:r w:rsidRPr="00E0771E">
        <w:t xml:space="preserve"> de CRUD </w:t>
      </w:r>
      <w:proofErr w:type="spellStart"/>
      <w:r w:rsidRPr="00E0771E">
        <w:t>completo</w:t>
      </w:r>
      <w:proofErr w:type="spellEnd"/>
      <w:r w:rsidRPr="00E0771E">
        <w:t xml:space="preserve">, </w:t>
      </w:r>
      <w:proofErr w:type="spellStart"/>
      <w:r w:rsidRPr="00E0771E">
        <w:t>mapeamento</w:t>
      </w:r>
      <w:proofErr w:type="spellEnd"/>
      <w:r w:rsidRPr="00E0771E">
        <w:t xml:space="preserve"> de </w:t>
      </w:r>
      <w:proofErr w:type="spellStart"/>
      <w:r w:rsidRPr="00E0771E">
        <w:t>entidade</w:t>
      </w:r>
      <w:proofErr w:type="spellEnd"/>
      <w:r w:rsidRPr="00E0771E">
        <w:t xml:space="preserve"> para </w:t>
      </w:r>
      <w:proofErr w:type="spellStart"/>
      <w:r w:rsidRPr="00E0771E">
        <w:t>tabela</w:t>
      </w:r>
      <w:proofErr w:type="spellEnd"/>
      <w:r w:rsidRPr="00E0771E">
        <w:t xml:space="preserve"> no</w:t>
      </w:r>
      <w:r w:rsidR="00DE7AFC">
        <w:t xml:space="preserve"> </w:t>
      </w:r>
      <w:r w:rsidRPr="00E0771E">
        <w:t xml:space="preserve">DynamoDB, boas </w:t>
      </w:r>
      <w:proofErr w:type="spellStart"/>
      <w:r w:rsidRPr="00E0771E">
        <w:t>práticas</w:t>
      </w:r>
      <w:proofErr w:type="spellEnd"/>
      <w:r w:rsidRPr="00E0771E">
        <w:t xml:space="preserve"> de </w:t>
      </w:r>
      <w:proofErr w:type="spellStart"/>
      <w:r w:rsidRPr="00E0771E">
        <w:t>organização</w:t>
      </w:r>
      <w:proofErr w:type="spellEnd"/>
      <w:r w:rsidRPr="00E0771E">
        <w:t xml:space="preserve"> de </w:t>
      </w:r>
      <w:proofErr w:type="spellStart"/>
      <w:r w:rsidRPr="00E0771E">
        <w:t>camadas</w:t>
      </w:r>
      <w:proofErr w:type="spellEnd"/>
      <w:r w:rsidRPr="00E0771E">
        <w:t xml:space="preserve"> e </w:t>
      </w:r>
      <w:proofErr w:type="spellStart"/>
      <w:r w:rsidRPr="00E0771E">
        <w:t>tratamento</w:t>
      </w:r>
      <w:proofErr w:type="spellEnd"/>
      <w:r w:rsidRPr="00E0771E">
        <w:t xml:space="preserve"> de </w:t>
      </w:r>
      <w:proofErr w:type="spellStart"/>
      <w:r w:rsidRPr="00E0771E">
        <w:t>erros</w:t>
      </w:r>
      <w:proofErr w:type="spellEnd"/>
      <w:r w:rsidRPr="00E0771E">
        <w:t>.</w:t>
      </w:r>
    </w:p>
    <w:p w14:paraId="5C40C8D0" w14:textId="77777777" w:rsidR="00E0771E" w:rsidRDefault="00E0771E" w:rsidP="00F8758E">
      <w:pPr>
        <w:spacing w:after="0"/>
        <w:rPr>
          <w:i/>
          <w:iCs/>
          <w:lang w:val="pt-BR"/>
        </w:rPr>
      </w:pPr>
    </w:p>
    <w:p w14:paraId="2C38CB24" w14:textId="77777777" w:rsidR="00F8758E" w:rsidRDefault="00E0771E" w:rsidP="00F8758E">
      <w:pPr>
        <w:spacing w:after="0"/>
      </w:pPr>
      <w:r w:rsidRPr="006E29F7">
        <w:rPr>
          <w:i/>
          <w:iCs/>
          <w:lang w:val="pt-BR"/>
        </w:rPr>
        <w:t xml:space="preserve">       </w:t>
      </w:r>
      <w:proofErr w:type="spellStart"/>
      <w:r w:rsidR="003E545F" w:rsidRPr="003E545F">
        <w:rPr>
          <w:i/>
          <w:iCs/>
        </w:rPr>
        <w:t>Repositório</w:t>
      </w:r>
      <w:proofErr w:type="spellEnd"/>
      <w:r w:rsidR="003E545F">
        <w:t xml:space="preserve">: </w:t>
      </w:r>
      <w:hyperlink r:id="rId11" w:history="1">
        <w:r w:rsidR="003E545F" w:rsidRPr="008A5EA8">
          <w:rPr>
            <w:rStyle w:val="Hyperlink"/>
            <w:lang w:val="pt-BR"/>
          </w:rPr>
          <w:t>https://github.com/matbarroso97/springboot-dynamodb-crud</w:t>
        </w:r>
      </w:hyperlink>
    </w:p>
    <w:p w14:paraId="0736684F" w14:textId="4F773BAA" w:rsidR="00F8758E" w:rsidRPr="00F8758E" w:rsidRDefault="003E545F" w:rsidP="00F8758E">
      <w:r w:rsidRPr="008A5EA8">
        <w:rPr>
          <w:lang w:val="pt-BR"/>
        </w:rPr>
        <w:br/>
      </w:r>
      <w:r w:rsidR="00F8758E" w:rsidRPr="00F8758E">
        <w:rPr>
          <w:b/>
          <w:bCs/>
          <w:sz w:val="24"/>
          <w:szCs w:val="24"/>
          <w:lang w:val="pt-BR"/>
        </w:rPr>
        <w:t xml:space="preserve">Controle de Gastos Residenciais – .NET + </w:t>
      </w:r>
      <w:proofErr w:type="spellStart"/>
      <w:r w:rsidR="00F8758E" w:rsidRPr="00F8758E">
        <w:rPr>
          <w:b/>
          <w:bCs/>
          <w:sz w:val="24"/>
          <w:szCs w:val="24"/>
          <w:lang w:val="pt-BR"/>
        </w:rPr>
        <w:t>React</w:t>
      </w:r>
      <w:proofErr w:type="spellEnd"/>
    </w:p>
    <w:p w14:paraId="4D4C6428" w14:textId="77777777" w:rsidR="00F8758E" w:rsidRPr="00F8758E" w:rsidRDefault="00F8758E" w:rsidP="00F8758E">
      <w:pPr>
        <w:spacing w:after="0"/>
        <w:rPr>
          <w:lang w:val="pt-BR"/>
        </w:rPr>
      </w:pPr>
      <w:r w:rsidRPr="00F8758E">
        <w:rPr>
          <w:lang w:val="pt-BR"/>
        </w:rPr>
        <w:t xml:space="preserve">Aplicação full </w:t>
      </w:r>
      <w:proofErr w:type="spellStart"/>
      <w:r w:rsidRPr="00F8758E">
        <w:rPr>
          <w:lang w:val="pt-BR"/>
        </w:rPr>
        <w:t>stack</w:t>
      </w:r>
      <w:proofErr w:type="spellEnd"/>
      <w:r w:rsidRPr="00F8758E">
        <w:rPr>
          <w:lang w:val="pt-BR"/>
        </w:rPr>
        <w:t xml:space="preserve"> para cadastro de pessoas, registro de receitas e despesas e consulta de saldos individuais e consolidados.</w:t>
      </w:r>
    </w:p>
    <w:p w14:paraId="06AB3AFC" w14:textId="4DC45CBE" w:rsidR="00F8758E" w:rsidRDefault="00F8758E" w:rsidP="00F8758E">
      <w:pPr>
        <w:spacing w:after="0"/>
        <w:rPr>
          <w:lang w:val="pt-BR"/>
        </w:rPr>
      </w:pPr>
      <w:r w:rsidRPr="00F8758E">
        <w:rPr>
          <w:lang w:val="pt-BR"/>
        </w:rPr>
        <w:t xml:space="preserve">• </w:t>
      </w:r>
      <w:r w:rsidRPr="00E03DC9">
        <w:rPr>
          <w:lang w:val="pt-BR"/>
        </w:rPr>
        <w:t>Tecnologias:</w:t>
      </w:r>
      <w:r w:rsidRPr="00F8758E">
        <w:rPr>
          <w:lang w:val="pt-BR"/>
        </w:rPr>
        <w:t xml:space="preserve"> C#, .NET, ASP.NET Core Web API, Entity Framework Core, </w:t>
      </w:r>
      <w:proofErr w:type="spellStart"/>
      <w:r w:rsidRPr="00F8758E">
        <w:rPr>
          <w:lang w:val="pt-BR"/>
        </w:rPr>
        <w:t>SQLite</w:t>
      </w:r>
      <w:proofErr w:type="spellEnd"/>
      <w:r w:rsidRPr="00F8758E">
        <w:rPr>
          <w:lang w:val="pt-BR"/>
        </w:rPr>
        <w:t xml:space="preserve">, </w:t>
      </w:r>
      <w:proofErr w:type="spellStart"/>
      <w:r w:rsidRPr="00F8758E">
        <w:rPr>
          <w:lang w:val="pt-BR"/>
        </w:rPr>
        <w:t>React</w:t>
      </w:r>
      <w:proofErr w:type="spellEnd"/>
      <w:r w:rsidRPr="00F8758E">
        <w:rPr>
          <w:lang w:val="pt-BR"/>
        </w:rPr>
        <w:t xml:space="preserve">, </w:t>
      </w:r>
      <w:proofErr w:type="spellStart"/>
      <w:r w:rsidRPr="00F8758E">
        <w:rPr>
          <w:lang w:val="pt-BR"/>
        </w:rPr>
        <w:t>TypeScript</w:t>
      </w:r>
      <w:proofErr w:type="spellEnd"/>
      <w:r w:rsidRPr="00F8758E">
        <w:rPr>
          <w:lang w:val="pt-BR"/>
        </w:rPr>
        <w:t xml:space="preserve">, Vite e </w:t>
      </w:r>
      <w:proofErr w:type="spellStart"/>
      <w:r w:rsidRPr="00F8758E">
        <w:rPr>
          <w:lang w:val="pt-BR"/>
        </w:rPr>
        <w:t>xUnit</w:t>
      </w:r>
      <w:proofErr w:type="spellEnd"/>
      <w:r w:rsidRPr="00F8758E">
        <w:rPr>
          <w:lang w:val="pt-BR"/>
        </w:rPr>
        <w:t>.</w:t>
      </w:r>
      <w:r w:rsidRPr="00F8758E">
        <w:rPr>
          <w:lang w:val="pt-BR"/>
        </w:rPr>
        <w:br/>
        <w:t xml:space="preserve">• </w:t>
      </w:r>
      <w:r w:rsidRPr="00E03DC9">
        <w:rPr>
          <w:lang w:val="pt-BR"/>
        </w:rPr>
        <w:t>Destaques:</w:t>
      </w:r>
      <w:r w:rsidRPr="00F8758E">
        <w:rPr>
          <w:lang w:val="pt-BR"/>
        </w:rPr>
        <w:t xml:space="preserve"> regras de negócio para validação de transações, arquitetura em camadas, </w:t>
      </w:r>
      <w:proofErr w:type="spellStart"/>
      <w:r w:rsidRPr="00F8758E">
        <w:rPr>
          <w:lang w:val="pt-BR"/>
        </w:rPr>
        <w:t>DTOs</w:t>
      </w:r>
      <w:proofErr w:type="spellEnd"/>
      <w:r w:rsidRPr="00F8758E">
        <w:rPr>
          <w:lang w:val="pt-BR"/>
        </w:rPr>
        <w:t>, tratamento global de erros, interface responsiva e testes automatizados.</w:t>
      </w:r>
    </w:p>
    <w:p w14:paraId="55A34A6D" w14:textId="77777777" w:rsidR="00F8758E" w:rsidRPr="00F8758E" w:rsidRDefault="00F8758E" w:rsidP="00F8758E">
      <w:pPr>
        <w:spacing w:after="0"/>
        <w:rPr>
          <w:lang w:val="pt-BR"/>
        </w:rPr>
      </w:pPr>
    </w:p>
    <w:p w14:paraId="4C8B60DA" w14:textId="7655F4E1" w:rsidR="00E0771E" w:rsidRPr="00F8758E" w:rsidRDefault="00F8758E" w:rsidP="00F8758E">
      <w:pPr>
        <w:rPr>
          <w:i/>
          <w:iCs/>
          <w:lang w:val="pt-BR"/>
        </w:rPr>
      </w:pPr>
      <w:r w:rsidRPr="006E29F7">
        <w:rPr>
          <w:i/>
          <w:iCs/>
          <w:lang w:val="pt-BR"/>
        </w:rPr>
        <w:t xml:space="preserve">       </w:t>
      </w:r>
      <w:r w:rsidRPr="00F8758E">
        <w:rPr>
          <w:i/>
          <w:iCs/>
          <w:lang w:val="pt-BR"/>
        </w:rPr>
        <w:t>Repositório:</w:t>
      </w:r>
      <w:r>
        <w:rPr>
          <w:i/>
          <w:iCs/>
          <w:lang w:val="pt-BR"/>
        </w:rPr>
        <w:t xml:space="preserve"> </w:t>
      </w:r>
      <w:hyperlink r:id="rId12" w:history="1">
        <w:r w:rsidRPr="00F8758E">
          <w:rPr>
            <w:rStyle w:val="Hyperlink"/>
            <w:lang w:val="pt-BR"/>
          </w:rPr>
          <w:t>https://github.com/matbarroso97/sistema-controle-gastos</w:t>
        </w:r>
      </w:hyperlink>
    </w:p>
    <w:p w14:paraId="289F4F1E" w14:textId="7B669B42" w:rsidR="003E545F" w:rsidRPr="003E545F" w:rsidRDefault="003E545F" w:rsidP="001B0550">
      <w:pPr>
        <w:rPr>
          <w:b/>
          <w:bCs/>
          <w:lang w:val="pt-BR"/>
        </w:rPr>
      </w:pPr>
      <w:r w:rsidRPr="002D7AAB">
        <w:rPr>
          <w:b/>
          <w:bCs/>
          <w:sz w:val="24"/>
          <w:szCs w:val="24"/>
          <w:lang w:val="pt-BR"/>
        </w:rPr>
        <w:t>CRUD de Clientes (Spring Boot)</w:t>
      </w:r>
    </w:p>
    <w:p w14:paraId="000A9559" w14:textId="22C893CF" w:rsidR="003E545F" w:rsidRDefault="00E0771E" w:rsidP="003E545F">
      <w:pPr>
        <w:spacing w:after="0"/>
      </w:pPr>
      <w:r w:rsidRPr="00E0771E">
        <w:t xml:space="preserve">API REST completa para </w:t>
      </w:r>
      <w:proofErr w:type="spellStart"/>
      <w:r w:rsidRPr="00E0771E">
        <w:t>gerenciamento</w:t>
      </w:r>
      <w:proofErr w:type="spellEnd"/>
      <w:r w:rsidRPr="00E0771E">
        <w:t xml:space="preserve"> de </w:t>
      </w:r>
      <w:proofErr w:type="spellStart"/>
      <w:r w:rsidRPr="00E0771E">
        <w:t>clientes</w:t>
      </w:r>
      <w:proofErr w:type="spellEnd"/>
      <w:r w:rsidRPr="00E0771E">
        <w:t xml:space="preserve">, com </w:t>
      </w:r>
      <w:proofErr w:type="spellStart"/>
      <w:r w:rsidRPr="00E0771E">
        <w:t>operações</w:t>
      </w:r>
      <w:proofErr w:type="spellEnd"/>
      <w:r w:rsidRPr="00E0771E">
        <w:t xml:space="preserve"> de </w:t>
      </w:r>
      <w:proofErr w:type="spellStart"/>
      <w:r w:rsidRPr="00E0771E">
        <w:t>cadastro</w:t>
      </w:r>
      <w:proofErr w:type="spellEnd"/>
      <w:r w:rsidRPr="00E0771E">
        <w:t xml:space="preserve">, </w:t>
      </w:r>
      <w:proofErr w:type="spellStart"/>
      <w:r w:rsidRPr="00E0771E">
        <w:t>listagem</w:t>
      </w:r>
      <w:proofErr w:type="spellEnd"/>
      <w:r w:rsidRPr="00E0771E">
        <w:t xml:space="preserve">, </w:t>
      </w:r>
      <w:proofErr w:type="spellStart"/>
      <w:r w:rsidRPr="00E0771E">
        <w:t>atualização</w:t>
      </w:r>
      <w:proofErr w:type="spellEnd"/>
      <w:r w:rsidRPr="00E0771E">
        <w:t xml:space="preserve"> e </w:t>
      </w:r>
      <w:proofErr w:type="spellStart"/>
      <w:r w:rsidRPr="00E0771E">
        <w:t>remoção</w:t>
      </w:r>
      <w:proofErr w:type="spellEnd"/>
      <w:r w:rsidRPr="00E0771E">
        <w:t>.</w:t>
      </w:r>
      <w:r w:rsidRPr="00E0771E">
        <w:br/>
        <w:t xml:space="preserve">• </w:t>
      </w:r>
      <w:proofErr w:type="spellStart"/>
      <w:r w:rsidRPr="00E0771E">
        <w:t>Tecnologias</w:t>
      </w:r>
      <w:proofErr w:type="spellEnd"/>
      <w:r w:rsidRPr="00E0771E">
        <w:t>: Java, Spring Boot, Spring Web, Spring Data JPA, H2 Database.</w:t>
      </w:r>
      <w:r w:rsidRPr="00E0771E">
        <w:br/>
        <w:t xml:space="preserve">• </w:t>
      </w:r>
      <w:proofErr w:type="spellStart"/>
      <w:r w:rsidRPr="00E0771E">
        <w:t>Destaques</w:t>
      </w:r>
      <w:proofErr w:type="spellEnd"/>
      <w:r w:rsidRPr="00E0771E">
        <w:t xml:space="preserve">: </w:t>
      </w:r>
      <w:proofErr w:type="spellStart"/>
      <w:r w:rsidRPr="00E0771E">
        <w:t>paginação</w:t>
      </w:r>
      <w:proofErr w:type="spellEnd"/>
      <w:r w:rsidRPr="00E0771E">
        <w:t xml:space="preserve"> e </w:t>
      </w:r>
      <w:proofErr w:type="spellStart"/>
      <w:r w:rsidRPr="00E0771E">
        <w:t>ordenação</w:t>
      </w:r>
      <w:proofErr w:type="spellEnd"/>
      <w:r w:rsidRPr="00E0771E">
        <w:t xml:space="preserve">, </w:t>
      </w:r>
      <w:proofErr w:type="spellStart"/>
      <w:r w:rsidRPr="00E0771E">
        <w:t>uso</w:t>
      </w:r>
      <w:proofErr w:type="spellEnd"/>
      <w:r w:rsidRPr="00E0771E">
        <w:t xml:space="preserve"> de DTOs, </w:t>
      </w:r>
      <w:proofErr w:type="spellStart"/>
      <w:r w:rsidRPr="00E0771E">
        <w:t>validação</w:t>
      </w:r>
      <w:proofErr w:type="spellEnd"/>
      <w:r w:rsidRPr="00E0771E">
        <w:t xml:space="preserve"> de dados, </w:t>
      </w:r>
      <w:proofErr w:type="spellStart"/>
      <w:r w:rsidRPr="00E0771E">
        <w:t>ambiente</w:t>
      </w:r>
      <w:proofErr w:type="spellEnd"/>
      <w:r w:rsidRPr="00E0771E">
        <w:t xml:space="preserve"> </w:t>
      </w:r>
      <w:proofErr w:type="spellStart"/>
      <w:r w:rsidRPr="00E0771E">
        <w:t>em</w:t>
      </w:r>
      <w:proofErr w:type="spellEnd"/>
      <w:r w:rsidRPr="00E0771E">
        <w:t xml:space="preserve"> </w:t>
      </w:r>
      <w:proofErr w:type="spellStart"/>
      <w:r w:rsidRPr="00E0771E">
        <w:t>memória</w:t>
      </w:r>
      <w:proofErr w:type="spellEnd"/>
      <w:r w:rsidRPr="00E0771E">
        <w:t xml:space="preserve"> para </w:t>
      </w:r>
      <w:proofErr w:type="spellStart"/>
      <w:r w:rsidRPr="00E0771E">
        <w:t>demonstração</w:t>
      </w:r>
      <w:proofErr w:type="spellEnd"/>
      <w:r w:rsidRPr="00E0771E">
        <w:t>.</w:t>
      </w:r>
    </w:p>
    <w:p w14:paraId="4D8DB6EE" w14:textId="77777777" w:rsidR="00E0771E" w:rsidRDefault="00E0771E" w:rsidP="003E545F">
      <w:pPr>
        <w:spacing w:after="0"/>
      </w:pPr>
    </w:p>
    <w:p w14:paraId="226D3FC2" w14:textId="5433C6EC" w:rsidR="00E0771E" w:rsidRDefault="003E545F" w:rsidP="003E545F">
      <w:pPr>
        <w:spacing w:after="0"/>
      </w:pPr>
      <w:r w:rsidRPr="006E29F7">
        <w:rPr>
          <w:i/>
          <w:iCs/>
          <w:lang w:val="pt-BR"/>
        </w:rPr>
        <w:t xml:space="preserve">       </w:t>
      </w:r>
      <w:proofErr w:type="spellStart"/>
      <w:r w:rsidRPr="003E545F">
        <w:rPr>
          <w:i/>
          <w:iCs/>
        </w:rPr>
        <w:t>Repositório</w:t>
      </w:r>
      <w:proofErr w:type="spellEnd"/>
      <w:r>
        <w:t xml:space="preserve">: </w:t>
      </w:r>
      <w:hyperlink r:id="rId13" w:history="1">
        <w:r w:rsidRPr="008A5EA8">
          <w:rPr>
            <w:rStyle w:val="Hyperlink"/>
          </w:rPr>
          <w:t>https://github.com/matbarroso97/springboot-client-crud</w:t>
        </w:r>
      </w:hyperlink>
    </w:p>
    <w:p w14:paraId="0BB29045" w14:textId="77777777" w:rsidR="003E545F" w:rsidRDefault="003E545F" w:rsidP="003E545F">
      <w:pPr>
        <w:spacing w:after="0"/>
      </w:pPr>
    </w:p>
    <w:p w14:paraId="3F11A846" w14:textId="77777777" w:rsidR="003E545F" w:rsidRPr="003E545F" w:rsidRDefault="003E545F" w:rsidP="001B0550">
      <w:pPr>
        <w:rPr>
          <w:sz w:val="24"/>
          <w:szCs w:val="24"/>
          <w:lang w:val="pt-BR"/>
        </w:rPr>
      </w:pPr>
      <w:r w:rsidRPr="003E545F">
        <w:rPr>
          <w:b/>
          <w:bCs/>
          <w:sz w:val="24"/>
          <w:szCs w:val="24"/>
          <w:lang w:val="pt-BR"/>
        </w:rPr>
        <w:t>Passa a Bola — Plataforma de Futebol Feminino (</w:t>
      </w:r>
      <w:proofErr w:type="spellStart"/>
      <w:r w:rsidRPr="003E545F">
        <w:rPr>
          <w:b/>
          <w:bCs/>
          <w:sz w:val="24"/>
          <w:szCs w:val="24"/>
          <w:lang w:val="pt-BR"/>
        </w:rPr>
        <w:t>Challenge</w:t>
      </w:r>
      <w:proofErr w:type="spellEnd"/>
      <w:r w:rsidRPr="003E545F">
        <w:rPr>
          <w:b/>
          <w:bCs/>
          <w:sz w:val="24"/>
          <w:szCs w:val="24"/>
          <w:lang w:val="pt-BR"/>
        </w:rPr>
        <w:t xml:space="preserve"> FIAP)</w:t>
      </w:r>
    </w:p>
    <w:p w14:paraId="173E7C4C" w14:textId="5333318C" w:rsidR="00E03DC9" w:rsidRDefault="00E0771E" w:rsidP="00E03DC9">
      <w:pPr>
        <w:spacing w:after="360"/>
      </w:pPr>
      <w:r w:rsidRPr="00E0771E">
        <w:t xml:space="preserve">Plataforma web para </w:t>
      </w:r>
      <w:proofErr w:type="spellStart"/>
      <w:r w:rsidRPr="00E0771E">
        <w:t>acompanhar</w:t>
      </w:r>
      <w:proofErr w:type="spellEnd"/>
      <w:r w:rsidRPr="00E0771E">
        <w:t xml:space="preserve"> </w:t>
      </w:r>
      <w:proofErr w:type="spellStart"/>
      <w:r w:rsidRPr="00E0771E">
        <w:t>futebol</w:t>
      </w:r>
      <w:proofErr w:type="spellEnd"/>
      <w:r w:rsidRPr="00E0771E">
        <w:t xml:space="preserve"> </w:t>
      </w:r>
      <w:proofErr w:type="spellStart"/>
      <w:r w:rsidRPr="00E0771E">
        <w:t>feminino</w:t>
      </w:r>
      <w:proofErr w:type="spellEnd"/>
      <w:r w:rsidRPr="00E0771E">
        <w:t xml:space="preserve"> com </w:t>
      </w:r>
      <w:proofErr w:type="spellStart"/>
      <w:r w:rsidRPr="00E0771E">
        <w:t>tabelas</w:t>
      </w:r>
      <w:proofErr w:type="spellEnd"/>
      <w:r w:rsidRPr="00E0771E">
        <w:t xml:space="preserve">, </w:t>
      </w:r>
      <w:proofErr w:type="spellStart"/>
      <w:r w:rsidRPr="00E0771E">
        <w:t>jogos</w:t>
      </w:r>
      <w:proofErr w:type="spellEnd"/>
      <w:r w:rsidRPr="00E0771E">
        <w:t xml:space="preserve">, </w:t>
      </w:r>
      <w:proofErr w:type="spellStart"/>
      <w:r w:rsidRPr="00E0771E">
        <w:t>notícias</w:t>
      </w:r>
      <w:proofErr w:type="spellEnd"/>
      <w:r w:rsidRPr="00E0771E">
        <w:t xml:space="preserve"> e Fantasy.</w:t>
      </w:r>
      <w:r w:rsidRPr="00E0771E">
        <w:br/>
        <w:t xml:space="preserve">• </w:t>
      </w:r>
      <w:proofErr w:type="spellStart"/>
      <w:r w:rsidRPr="00E0771E">
        <w:t>Tecnologias</w:t>
      </w:r>
      <w:proofErr w:type="spellEnd"/>
      <w:r w:rsidRPr="00E0771E">
        <w:t xml:space="preserve"> (Front-end): React 18, Vite, React Router, Tailwind CSS, Recharts, Context API.</w:t>
      </w:r>
      <w:r w:rsidRPr="00E0771E">
        <w:br/>
        <w:t xml:space="preserve">• </w:t>
      </w:r>
      <w:proofErr w:type="spellStart"/>
      <w:r w:rsidRPr="00E0771E">
        <w:t>Tecnologias</w:t>
      </w:r>
      <w:proofErr w:type="spellEnd"/>
      <w:r w:rsidRPr="00E0771E">
        <w:t xml:space="preserve"> (Back-end): Node.js, Express, </w:t>
      </w:r>
      <w:proofErr w:type="spellStart"/>
      <w:r w:rsidRPr="00E0771E">
        <w:t>autenticação</w:t>
      </w:r>
      <w:proofErr w:type="spellEnd"/>
      <w:r w:rsidRPr="00E0771E">
        <w:t xml:space="preserve"> com tokens, </w:t>
      </w:r>
      <w:proofErr w:type="spellStart"/>
      <w:r w:rsidRPr="00E0771E">
        <w:t>bcrypt</w:t>
      </w:r>
      <w:proofErr w:type="spellEnd"/>
      <w:r w:rsidRPr="00E0771E">
        <w:t xml:space="preserve">, Helmet, CORS, rate limiting, JSON FS </w:t>
      </w:r>
      <w:proofErr w:type="spellStart"/>
      <w:r w:rsidRPr="00E0771E">
        <w:t>como</w:t>
      </w:r>
      <w:proofErr w:type="spellEnd"/>
      <w:r w:rsidRPr="00E0771E">
        <w:t xml:space="preserve"> banco de dados para dev.</w:t>
      </w:r>
      <w:r w:rsidRPr="00E0771E">
        <w:br/>
        <w:t xml:space="preserve">• </w:t>
      </w:r>
      <w:proofErr w:type="spellStart"/>
      <w:r w:rsidRPr="00E0771E">
        <w:t>Destaques</w:t>
      </w:r>
      <w:proofErr w:type="spellEnd"/>
      <w:r w:rsidRPr="00E0771E">
        <w:t>: ranking/</w:t>
      </w:r>
      <w:proofErr w:type="spellStart"/>
      <w:r w:rsidRPr="00E0771E">
        <w:t>classificação</w:t>
      </w:r>
      <w:proofErr w:type="spellEnd"/>
      <w:r w:rsidRPr="00E0771E">
        <w:t xml:space="preserve">, </w:t>
      </w:r>
      <w:proofErr w:type="spellStart"/>
      <w:r w:rsidRPr="00E0771E">
        <w:t>partidas</w:t>
      </w:r>
      <w:proofErr w:type="spellEnd"/>
      <w:r w:rsidRPr="00E0771E">
        <w:t xml:space="preserve"> e </w:t>
      </w:r>
      <w:proofErr w:type="spellStart"/>
      <w:r w:rsidRPr="00E0771E">
        <w:t>resultados</w:t>
      </w:r>
      <w:proofErr w:type="spellEnd"/>
      <w:r w:rsidRPr="00E0771E">
        <w:t xml:space="preserve">, </w:t>
      </w:r>
      <w:proofErr w:type="spellStart"/>
      <w:r w:rsidRPr="00E0771E">
        <w:t>notícias</w:t>
      </w:r>
      <w:proofErr w:type="spellEnd"/>
      <w:r w:rsidRPr="00E0771E">
        <w:t xml:space="preserve">, </w:t>
      </w:r>
      <w:proofErr w:type="spellStart"/>
      <w:r w:rsidRPr="00E0771E">
        <w:t>estatísticas</w:t>
      </w:r>
      <w:proofErr w:type="spellEnd"/>
      <w:r w:rsidRPr="00E0771E">
        <w:t xml:space="preserve">, </w:t>
      </w:r>
      <w:proofErr w:type="spellStart"/>
      <w:r w:rsidRPr="00E0771E">
        <w:t>módulo</w:t>
      </w:r>
      <w:proofErr w:type="spellEnd"/>
      <w:r w:rsidRPr="00E0771E">
        <w:t xml:space="preserve"> de Fantasy (</w:t>
      </w:r>
      <w:proofErr w:type="spellStart"/>
      <w:r w:rsidRPr="00E0771E">
        <w:t>apostas</w:t>
      </w:r>
      <w:proofErr w:type="spellEnd"/>
      <w:r w:rsidRPr="00E0771E">
        <w:t xml:space="preserve"> e ranking), </w:t>
      </w:r>
      <w:proofErr w:type="spellStart"/>
      <w:r w:rsidRPr="00E0771E">
        <w:t>controle</w:t>
      </w:r>
      <w:proofErr w:type="spellEnd"/>
      <w:r w:rsidRPr="00E0771E">
        <w:t xml:space="preserve"> de </w:t>
      </w:r>
      <w:proofErr w:type="spellStart"/>
      <w:r w:rsidRPr="00E0771E">
        <w:t>acesso</w:t>
      </w:r>
      <w:proofErr w:type="spellEnd"/>
      <w:r w:rsidRPr="00E0771E">
        <w:t xml:space="preserve"> </w:t>
      </w:r>
      <w:proofErr w:type="spellStart"/>
      <w:r w:rsidRPr="00E0771E">
        <w:t>por</w:t>
      </w:r>
      <w:proofErr w:type="spellEnd"/>
      <w:r w:rsidRPr="00E0771E">
        <w:t xml:space="preserve"> </w:t>
      </w:r>
      <w:proofErr w:type="spellStart"/>
      <w:r w:rsidRPr="00E0771E">
        <w:t>perfil</w:t>
      </w:r>
      <w:proofErr w:type="spellEnd"/>
      <w:r w:rsidRPr="00E0771E">
        <w:t xml:space="preserve"> (admin/user).</w:t>
      </w:r>
    </w:p>
    <w:p w14:paraId="1912ECBB" w14:textId="28A1254B" w:rsidR="003E545F" w:rsidRDefault="003E545F" w:rsidP="003E545F">
      <w:pPr>
        <w:spacing w:after="120"/>
      </w:pPr>
      <w:r w:rsidRPr="006E29F7">
        <w:rPr>
          <w:i/>
          <w:iCs/>
          <w:lang w:val="pt-BR"/>
        </w:rPr>
        <w:t xml:space="preserve">       </w:t>
      </w:r>
      <w:r w:rsidRPr="00CC4103">
        <w:rPr>
          <w:i/>
          <w:iCs/>
          <w:lang w:val="pt-BR"/>
        </w:rPr>
        <w:t>Repositório</w:t>
      </w:r>
      <w:r w:rsidRPr="00CC4103">
        <w:rPr>
          <w:lang w:val="pt-BR"/>
        </w:rPr>
        <w:t xml:space="preserve">: </w:t>
      </w:r>
      <w:hyperlink r:id="rId14" w:tgtFrame="_new" w:history="1">
        <w:r w:rsidRPr="00CC4103">
          <w:rPr>
            <w:rStyle w:val="Hyperlink"/>
            <w:lang w:val="pt-BR"/>
          </w:rPr>
          <w:t>https://github.com/matbarroso97/passa-a-bola-project</w:t>
        </w:r>
      </w:hyperlink>
    </w:p>
    <w:p w14:paraId="59409250" w14:textId="77777777" w:rsidR="00E03DC9" w:rsidRDefault="003E545F" w:rsidP="00E03DC9">
      <w:pPr>
        <w:spacing w:after="0"/>
        <w:rPr>
          <w:lang w:val="pt-BR"/>
        </w:rPr>
      </w:pPr>
      <w:r w:rsidRPr="006E29F7">
        <w:rPr>
          <w:i/>
          <w:iCs/>
          <w:lang w:val="pt-BR"/>
        </w:rPr>
        <w:t xml:space="preserve">       </w:t>
      </w:r>
      <w:proofErr w:type="spellStart"/>
      <w:r w:rsidRPr="00CC4103">
        <w:rPr>
          <w:i/>
          <w:iCs/>
          <w:lang w:val="pt-BR"/>
        </w:rPr>
        <w:t>Vercel</w:t>
      </w:r>
      <w:proofErr w:type="spellEnd"/>
      <w:r w:rsidRPr="00CC4103">
        <w:rPr>
          <w:i/>
          <w:iCs/>
          <w:lang w:val="pt-BR"/>
        </w:rPr>
        <w:t>:</w:t>
      </w:r>
      <w:r w:rsidRPr="00CC4103">
        <w:rPr>
          <w:lang w:val="pt-BR"/>
        </w:rPr>
        <w:t xml:space="preserve"> </w:t>
      </w:r>
      <w:hyperlink r:id="rId15" w:tgtFrame="_new" w:history="1">
        <w:r w:rsidRPr="00CC4103">
          <w:rPr>
            <w:rStyle w:val="Hyperlink"/>
            <w:lang w:val="pt-BR"/>
          </w:rPr>
          <w:t>https://passa-a-bola-project.vercel.app/</w:t>
        </w:r>
      </w:hyperlink>
    </w:p>
    <w:p w14:paraId="694C87CE" w14:textId="28622C0C" w:rsidR="00443D9F" w:rsidRPr="00E03DC9" w:rsidRDefault="00000000" w:rsidP="00E03DC9">
      <w:pPr>
        <w:spacing w:after="0"/>
        <w:rPr>
          <w:lang w:val="pt-BR"/>
        </w:rPr>
      </w:pPr>
      <w:proofErr w:type="spellStart"/>
      <w:r w:rsidRPr="00197DBA">
        <w:rPr>
          <w:b/>
          <w:sz w:val="28"/>
          <w:szCs w:val="28"/>
        </w:rPr>
        <w:lastRenderedPageBreak/>
        <w:t>Formação</w:t>
      </w:r>
      <w:proofErr w:type="spellEnd"/>
      <w:r w:rsidRPr="00197DBA">
        <w:rPr>
          <w:b/>
          <w:sz w:val="28"/>
          <w:szCs w:val="28"/>
        </w:rPr>
        <w:t xml:space="preserve"> </w:t>
      </w:r>
      <w:proofErr w:type="spellStart"/>
      <w:r w:rsidRPr="00197DBA">
        <w:rPr>
          <w:b/>
          <w:sz w:val="28"/>
          <w:szCs w:val="28"/>
        </w:rPr>
        <w:t>Acadêmica</w:t>
      </w:r>
      <w:proofErr w:type="spellEnd"/>
    </w:p>
    <w:p w14:paraId="3802DB47" w14:textId="77777777" w:rsidR="00443D9F" w:rsidRDefault="00000000">
      <w:r>
        <w:t xml:space="preserve">FIAP – </w:t>
      </w:r>
      <w:proofErr w:type="spellStart"/>
      <w:r>
        <w:t>Faculdade</w:t>
      </w:r>
      <w:proofErr w:type="spellEnd"/>
      <w:r>
        <w:t xml:space="preserve"> de </w:t>
      </w:r>
      <w:proofErr w:type="spellStart"/>
      <w:r>
        <w:t>Informática</w:t>
      </w:r>
      <w:proofErr w:type="spellEnd"/>
      <w:r>
        <w:t xml:space="preserve"> e </w:t>
      </w:r>
      <w:proofErr w:type="spellStart"/>
      <w:r>
        <w:t>Administração</w:t>
      </w:r>
      <w:proofErr w:type="spellEnd"/>
      <w:r>
        <w:t xml:space="preserve"> Paulista</w:t>
      </w:r>
      <w:r>
        <w:br/>
      </w:r>
      <w:proofErr w:type="spellStart"/>
      <w:r>
        <w:t>Bacharelado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Engenharia</w:t>
      </w:r>
      <w:proofErr w:type="spellEnd"/>
      <w:r>
        <w:t xml:space="preserve"> de Software</w:t>
      </w:r>
      <w:r>
        <w:br/>
      </w:r>
      <w:proofErr w:type="spellStart"/>
      <w:r>
        <w:t>Início</w:t>
      </w:r>
      <w:proofErr w:type="spellEnd"/>
      <w:r>
        <w:t xml:space="preserve">: </w:t>
      </w:r>
      <w:proofErr w:type="spellStart"/>
      <w:r>
        <w:t>fev</w:t>
      </w:r>
      <w:proofErr w:type="spellEnd"/>
      <w:r>
        <w:t xml:space="preserve">/2025 – </w:t>
      </w:r>
      <w:proofErr w:type="spellStart"/>
      <w:r>
        <w:t>Conclusão</w:t>
      </w:r>
      <w:proofErr w:type="spellEnd"/>
      <w:r>
        <w:t xml:space="preserve"> </w:t>
      </w:r>
      <w:proofErr w:type="spellStart"/>
      <w:r>
        <w:t>prevista</w:t>
      </w:r>
      <w:proofErr w:type="spellEnd"/>
      <w:r>
        <w:t xml:space="preserve">: </w:t>
      </w:r>
      <w:proofErr w:type="spellStart"/>
      <w:r>
        <w:t>dez</w:t>
      </w:r>
      <w:proofErr w:type="spellEnd"/>
      <w:r>
        <w:t>/2028</w:t>
      </w:r>
    </w:p>
    <w:p w14:paraId="60A30CC8" w14:textId="77777777" w:rsidR="00451081" w:rsidRDefault="00451081"/>
    <w:p w14:paraId="6A2E3443" w14:textId="77777777" w:rsidR="00443D9F" w:rsidRPr="00197DBA" w:rsidRDefault="00000000">
      <w:pPr>
        <w:rPr>
          <w:sz w:val="28"/>
          <w:szCs w:val="28"/>
        </w:rPr>
      </w:pPr>
      <w:proofErr w:type="spellStart"/>
      <w:r w:rsidRPr="00197DBA">
        <w:rPr>
          <w:b/>
          <w:sz w:val="28"/>
          <w:szCs w:val="28"/>
        </w:rPr>
        <w:t>Competências</w:t>
      </w:r>
      <w:proofErr w:type="spellEnd"/>
      <w:r w:rsidRPr="00197DBA">
        <w:rPr>
          <w:b/>
          <w:sz w:val="28"/>
          <w:szCs w:val="28"/>
        </w:rPr>
        <w:t xml:space="preserve"> </w:t>
      </w:r>
      <w:proofErr w:type="spellStart"/>
      <w:r w:rsidRPr="00197DBA">
        <w:rPr>
          <w:b/>
          <w:sz w:val="28"/>
          <w:szCs w:val="28"/>
        </w:rPr>
        <w:t>Técnicas</w:t>
      </w:r>
      <w:proofErr w:type="spellEnd"/>
    </w:p>
    <w:p w14:paraId="0997E5DB" w14:textId="690B4CA2" w:rsidR="00443D9F" w:rsidRDefault="221A80E4" w:rsidP="08939FF8">
      <w:pPr>
        <w:spacing w:after="0"/>
      </w:pPr>
      <w:r w:rsidRPr="08939FF8">
        <w:rPr>
          <w:lang w:val="pt-BR"/>
        </w:rPr>
        <w:t xml:space="preserve">- Linguagens de Programação: Java, Python, </w:t>
      </w:r>
      <w:proofErr w:type="spellStart"/>
      <w:r w:rsidRPr="08939FF8">
        <w:rPr>
          <w:lang w:val="pt-BR"/>
        </w:rPr>
        <w:t>JavaScript</w:t>
      </w:r>
      <w:proofErr w:type="spellEnd"/>
      <w:r w:rsidR="00E4423D">
        <w:rPr>
          <w:lang w:val="pt-BR"/>
        </w:rPr>
        <w:t>, C#</w:t>
      </w:r>
      <w:r>
        <w:br/>
      </w:r>
      <w:r w:rsidRPr="08939FF8">
        <w:rPr>
          <w:lang w:val="pt-BR"/>
        </w:rPr>
        <w:t xml:space="preserve">- Banco de Dados: </w:t>
      </w:r>
      <w:r w:rsidR="00347D6B">
        <w:rPr>
          <w:lang w:val="pt-BR"/>
        </w:rPr>
        <w:t>SQL (</w:t>
      </w:r>
      <w:r w:rsidR="00867430">
        <w:rPr>
          <w:lang w:val="pt-BR"/>
        </w:rPr>
        <w:t>PostgreSQL</w:t>
      </w:r>
      <w:r w:rsidR="00347D6B">
        <w:rPr>
          <w:lang w:val="pt-BR"/>
        </w:rPr>
        <w:t>)</w:t>
      </w:r>
      <w:r>
        <w:br/>
      </w:r>
      <w:r w:rsidRPr="08939FF8">
        <w:rPr>
          <w:lang w:val="pt-BR"/>
        </w:rPr>
        <w:t>- Desenvolvimento Web: HTML, CSS</w:t>
      </w:r>
      <w:r>
        <w:br/>
      </w:r>
      <w:r w:rsidRPr="08939FF8">
        <w:rPr>
          <w:lang w:val="pt-BR"/>
        </w:rPr>
        <w:t xml:space="preserve">- Frameworks e Bibliotecas: Spring Boot, </w:t>
      </w:r>
      <w:proofErr w:type="spellStart"/>
      <w:r w:rsidRPr="08939FF8">
        <w:rPr>
          <w:lang w:val="pt-BR"/>
        </w:rPr>
        <w:t>React</w:t>
      </w:r>
      <w:proofErr w:type="spellEnd"/>
      <w:r w:rsidR="2A5F44AB" w:rsidRPr="08939FF8">
        <w:rPr>
          <w:lang w:val="pt-BR"/>
        </w:rPr>
        <w:t>, Next.js</w:t>
      </w:r>
      <w:r w:rsidR="00E4423D">
        <w:rPr>
          <w:lang w:val="pt-BR"/>
        </w:rPr>
        <w:t>, .NET</w:t>
      </w:r>
      <w:r>
        <w:br/>
      </w:r>
      <w:r w:rsidRPr="08939FF8">
        <w:rPr>
          <w:lang w:val="pt-BR"/>
        </w:rPr>
        <w:t xml:space="preserve">- Cloud </w:t>
      </w:r>
      <w:proofErr w:type="spellStart"/>
      <w:r w:rsidRPr="08939FF8">
        <w:rPr>
          <w:lang w:val="pt-BR"/>
        </w:rPr>
        <w:t>Computing</w:t>
      </w:r>
      <w:proofErr w:type="spellEnd"/>
      <w:r w:rsidRPr="08939FF8">
        <w:rPr>
          <w:lang w:val="pt-BR"/>
        </w:rPr>
        <w:t xml:space="preserve">: </w:t>
      </w:r>
      <w:r w:rsidR="00A0622F" w:rsidRPr="00A0622F">
        <w:t>AWS, DynamoDB, S3, Lambda, API Gateway</w:t>
      </w:r>
      <w:r>
        <w:br/>
      </w:r>
      <w:r w:rsidRPr="08939FF8">
        <w:rPr>
          <w:lang w:val="pt-BR"/>
        </w:rPr>
        <w:t xml:space="preserve">- Versionamento e Colaboração: </w:t>
      </w:r>
      <w:proofErr w:type="spellStart"/>
      <w:r w:rsidRPr="08939FF8">
        <w:rPr>
          <w:lang w:val="pt-BR"/>
        </w:rPr>
        <w:t>Git</w:t>
      </w:r>
      <w:proofErr w:type="spellEnd"/>
      <w:r w:rsidRPr="08939FF8">
        <w:rPr>
          <w:lang w:val="pt-BR"/>
        </w:rPr>
        <w:t>, GitHub</w:t>
      </w:r>
    </w:p>
    <w:p w14:paraId="2359AB2C" w14:textId="35CEF6A0" w:rsidR="0F72D227" w:rsidRDefault="0F72D227" w:rsidP="08939FF8">
      <w:pPr>
        <w:spacing w:after="0"/>
      </w:pPr>
      <w:r>
        <w:t xml:space="preserve">- </w:t>
      </w:r>
      <w:proofErr w:type="spellStart"/>
      <w:r>
        <w:t>IaC</w:t>
      </w:r>
      <w:proofErr w:type="spellEnd"/>
      <w:r>
        <w:t xml:space="preserve"> &amp; DevOps: Terraform, GitHub Actions, CI/CD, Containers</w:t>
      </w:r>
      <w:r w:rsidR="00867430">
        <w:t xml:space="preserve"> </w:t>
      </w:r>
      <w:r>
        <w:t>(Docker)</w:t>
      </w:r>
    </w:p>
    <w:p w14:paraId="42087BB2" w14:textId="77777777" w:rsidR="00F2311E" w:rsidRDefault="00F2311E"/>
    <w:p w14:paraId="5A7E24CB" w14:textId="77777777" w:rsidR="00443D9F" w:rsidRPr="00197DBA" w:rsidRDefault="00000000">
      <w:pPr>
        <w:rPr>
          <w:sz w:val="28"/>
          <w:szCs w:val="28"/>
        </w:rPr>
      </w:pPr>
      <w:proofErr w:type="spellStart"/>
      <w:r w:rsidRPr="00197DBA">
        <w:rPr>
          <w:b/>
          <w:sz w:val="28"/>
          <w:szCs w:val="28"/>
        </w:rPr>
        <w:t>Certificações</w:t>
      </w:r>
      <w:proofErr w:type="spellEnd"/>
    </w:p>
    <w:p w14:paraId="5C31EA7C" w14:textId="77777777" w:rsidR="00976001" w:rsidRDefault="00000000">
      <w:pPr>
        <w:spacing w:after="0"/>
      </w:pPr>
      <w:r>
        <w:t xml:space="preserve">- </w:t>
      </w:r>
      <w:r>
        <w:rPr>
          <w:b/>
        </w:rPr>
        <w:t>AWS Certified Cloud Practitioner</w:t>
      </w:r>
      <w:r>
        <w:t xml:space="preserve"> – Amazon Web Services (AWS)</w:t>
      </w:r>
    </w:p>
    <w:p w14:paraId="73030495" w14:textId="77777777" w:rsidR="00976001" w:rsidRDefault="00976001">
      <w:pPr>
        <w:spacing w:after="0"/>
      </w:pPr>
    </w:p>
    <w:p w14:paraId="55D5C821" w14:textId="77777777" w:rsidR="00976001" w:rsidRPr="00197DBA" w:rsidRDefault="00976001" w:rsidP="00976001">
      <w:pPr>
        <w:rPr>
          <w:b/>
          <w:bCs/>
          <w:sz w:val="28"/>
          <w:szCs w:val="28"/>
        </w:rPr>
      </w:pPr>
      <w:proofErr w:type="spellStart"/>
      <w:r w:rsidRPr="00197DBA">
        <w:rPr>
          <w:b/>
          <w:bCs/>
          <w:sz w:val="28"/>
          <w:szCs w:val="28"/>
        </w:rPr>
        <w:t>Cursos</w:t>
      </w:r>
      <w:proofErr w:type="spellEnd"/>
      <w:r w:rsidRPr="00197DBA">
        <w:rPr>
          <w:b/>
          <w:bCs/>
          <w:sz w:val="28"/>
          <w:szCs w:val="28"/>
        </w:rPr>
        <w:t xml:space="preserve"> </w:t>
      </w:r>
      <w:proofErr w:type="spellStart"/>
      <w:r w:rsidRPr="00197DBA">
        <w:rPr>
          <w:b/>
          <w:bCs/>
          <w:sz w:val="28"/>
          <w:szCs w:val="28"/>
        </w:rPr>
        <w:t>Complementares</w:t>
      </w:r>
      <w:proofErr w:type="spellEnd"/>
    </w:p>
    <w:p w14:paraId="34566460" w14:textId="056B8C55" w:rsidR="001E1ABD" w:rsidRPr="00976001" w:rsidRDefault="00000000" w:rsidP="00976001">
      <w:pPr>
        <w:spacing w:after="0"/>
        <w:rPr>
          <w:b/>
          <w:bCs/>
          <w:sz w:val="24"/>
          <w:szCs w:val="24"/>
        </w:rPr>
      </w:pPr>
      <w:r>
        <w:t xml:space="preserve">- </w:t>
      </w:r>
      <w:proofErr w:type="spellStart"/>
      <w:r>
        <w:rPr>
          <w:b/>
        </w:rPr>
        <w:t>Algoritmos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Lógica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Programação</w:t>
      </w:r>
      <w:proofErr w:type="spellEnd"/>
      <w:r>
        <w:rPr>
          <w:b/>
        </w:rPr>
        <w:t xml:space="preserve"> - O </w:t>
      </w:r>
      <w:proofErr w:type="spellStart"/>
      <w:r>
        <w:rPr>
          <w:b/>
        </w:rPr>
        <w:t>Curso</w:t>
      </w:r>
      <w:proofErr w:type="spellEnd"/>
      <w:r>
        <w:rPr>
          <w:b/>
        </w:rPr>
        <w:t xml:space="preserve"> COMPLETO</w:t>
      </w:r>
      <w:r>
        <w:t xml:space="preserve"> – Udemy</w:t>
      </w:r>
      <w:r>
        <w:br/>
        <w:t xml:space="preserve">- </w:t>
      </w:r>
      <w:r>
        <w:rPr>
          <w:b/>
        </w:rPr>
        <w:t>Introduction to Software Engineering</w:t>
      </w:r>
      <w:r>
        <w:t xml:space="preserve"> – IBM (Coursera)</w:t>
      </w:r>
      <w:r>
        <w:br/>
        <w:t xml:space="preserve">- </w:t>
      </w:r>
      <w:r>
        <w:rPr>
          <w:b/>
        </w:rPr>
        <w:t xml:space="preserve">Java e </w:t>
      </w:r>
      <w:proofErr w:type="spellStart"/>
      <w:r>
        <w:rPr>
          <w:b/>
        </w:rPr>
        <w:t>Programação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Orientada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Objetos</w:t>
      </w:r>
      <w:proofErr w:type="spellEnd"/>
      <w:r>
        <w:rPr>
          <w:b/>
        </w:rPr>
        <w:t xml:space="preserve"> (Expert)</w:t>
      </w:r>
      <w:r>
        <w:t xml:space="preserve"> – </w:t>
      </w:r>
      <w:proofErr w:type="spellStart"/>
      <w:r>
        <w:t>DevSuperior</w:t>
      </w:r>
      <w:proofErr w:type="spellEnd"/>
      <w:r>
        <w:br/>
        <w:t xml:space="preserve">- </w:t>
      </w:r>
      <w:r>
        <w:rPr>
          <w:b/>
        </w:rPr>
        <w:t>Git e GitHub (Expert)</w:t>
      </w:r>
      <w:r>
        <w:t xml:space="preserve"> – </w:t>
      </w:r>
      <w:proofErr w:type="spellStart"/>
      <w:r>
        <w:t>DevSuperior</w:t>
      </w:r>
      <w:proofErr w:type="spellEnd"/>
      <w:r>
        <w:br/>
        <w:t xml:space="preserve">- </w:t>
      </w:r>
      <w:r>
        <w:rPr>
          <w:b/>
        </w:rPr>
        <w:t>Design Thinking – Process</w:t>
      </w:r>
      <w:r>
        <w:t xml:space="preserve"> – FIAP</w:t>
      </w:r>
    </w:p>
    <w:p w14:paraId="71558E8A" w14:textId="6DB4FF79" w:rsidR="001E1ABD" w:rsidRDefault="00000000">
      <w:pPr>
        <w:spacing w:after="0"/>
      </w:pPr>
      <w:r>
        <w:t xml:space="preserve">- </w:t>
      </w:r>
      <w:r>
        <w:rPr>
          <w:b/>
        </w:rPr>
        <w:t>Dev</w:t>
      </w:r>
      <w:r w:rsidR="00F85DD0">
        <w:rPr>
          <w:b/>
        </w:rPr>
        <w:t>O</w:t>
      </w:r>
      <w:r>
        <w:rPr>
          <w:b/>
        </w:rPr>
        <w:t xml:space="preserve">ps: </w:t>
      </w:r>
      <w:proofErr w:type="spellStart"/>
      <w:r>
        <w:rPr>
          <w:b/>
        </w:rPr>
        <w:t>Automação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enrolação</w:t>
      </w:r>
      <w:proofErr w:type="spellEnd"/>
      <w:r>
        <w:t xml:space="preserve"> </w:t>
      </w:r>
      <w:r w:rsidR="00F85DD0" w:rsidRPr="00F85DD0">
        <w:t>–</w:t>
      </w:r>
      <w:r>
        <w:t xml:space="preserve"> Udemy</w:t>
      </w:r>
    </w:p>
    <w:p w14:paraId="7A4A31E6" w14:textId="77777777" w:rsidR="001E1ABD" w:rsidRDefault="001E1ABD">
      <w:pPr>
        <w:spacing w:after="0"/>
      </w:pPr>
    </w:p>
    <w:p w14:paraId="0B6948CF" w14:textId="77777777" w:rsidR="001E1ABD" w:rsidRPr="00197DBA" w:rsidRDefault="00000000">
      <w:pPr>
        <w:rPr>
          <w:sz w:val="28"/>
          <w:szCs w:val="28"/>
        </w:rPr>
      </w:pPr>
      <w:proofErr w:type="spellStart"/>
      <w:r w:rsidRPr="00197DBA">
        <w:rPr>
          <w:b/>
          <w:sz w:val="28"/>
          <w:szCs w:val="28"/>
        </w:rPr>
        <w:t>Idiomas</w:t>
      </w:r>
      <w:proofErr w:type="spellEnd"/>
    </w:p>
    <w:p w14:paraId="611AD13D" w14:textId="3156E39E" w:rsidR="005418AB" w:rsidRDefault="00000000">
      <w:r>
        <w:t xml:space="preserve">- </w:t>
      </w:r>
      <w:proofErr w:type="spellStart"/>
      <w:r>
        <w:t>Português</w:t>
      </w:r>
      <w:proofErr w:type="spellEnd"/>
      <w:r>
        <w:t>: Nativo</w:t>
      </w:r>
      <w:r>
        <w:br/>
        <w:t xml:space="preserve">- </w:t>
      </w:r>
      <w:proofErr w:type="spellStart"/>
      <w:r>
        <w:t>Espanhol</w:t>
      </w:r>
      <w:proofErr w:type="spellEnd"/>
      <w:r>
        <w:t xml:space="preserve">: </w:t>
      </w:r>
      <w:proofErr w:type="spellStart"/>
      <w:r w:rsidR="00A0622F">
        <w:t>Avançado</w:t>
      </w:r>
      <w:proofErr w:type="spellEnd"/>
      <w:r>
        <w:br/>
        <w:t xml:space="preserve">- </w:t>
      </w:r>
      <w:proofErr w:type="spellStart"/>
      <w:r>
        <w:t>Inglês</w:t>
      </w:r>
      <w:proofErr w:type="spellEnd"/>
      <w:r>
        <w:t xml:space="preserve">: </w:t>
      </w:r>
      <w:proofErr w:type="spellStart"/>
      <w:r>
        <w:t>Intermediário</w:t>
      </w:r>
      <w:proofErr w:type="spellEnd"/>
    </w:p>
    <w:sectPr w:rsidR="005418AB">
      <w:pgSz w:w="12240" w:h="15840"/>
      <w:pgMar w:top="1440" w:right="1800" w:bottom="1440" w:left="180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A20E5C"/>
    <w:multiLevelType w:val="multilevel"/>
    <w:tmpl w:val="1ECC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A51B7"/>
    <w:multiLevelType w:val="hybridMultilevel"/>
    <w:tmpl w:val="46EAFF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4675D"/>
    <w:multiLevelType w:val="multilevel"/>
    <w:tmpl w:val="3F52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2C3FEB"/>
    <w:multiLevelType w:val="multilevel"/>
    <w:tmpl w:val="C362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494580">
    <w:abstractNumId w:val="8"/>
  </w:num>
  <w:num w:numId="2" w16cid:durableId="394352836">
    <w:abstractNumId w:val="6"/>
  </w:num>
  <w:num w:numId="3" w16cid:durableId="789208053">
    <w:abstractNumId w:val="5"/>
  </w:num>
  <w:num w:numId="4" w16cid:durableId="1451782583">
    <w:abstractNumId w:val="4"/>
  </w:num>
  <w:num w:numId="5" w16cid:durableId="1461219697">
    <w:abstractNumId w:val="7"/>
  </w:num>
  <w:num w:numId="6" w16cid:durableId="67194634">
    <w:abstractNumId w:val="3"/>
  </w:num>
  <w:num w:numId="7" w16cid:durableId="506093707">
    <w:abstractNumId w:val="2"/>
  </w:num>
  <w:num w:numId="8" w16cid:durableId="1726365697">
    <w:abstractNumId w:val="1"/>
  </w:num>
  <w:num w:numId="9" w16cid:durableId="367878203">
    <w:abstractNumId w:val="0"/>
  </w:num>
  <w:num w:numId="10" w16cid:durableId="1524049380">
    <w:abstractNumId w:val="12"/>
  </w:num>
  <w:num w:numId="11" w16cid:durableId="1545680939">
    <w:abstractNumId w:val="10"/>
  </w:num>
  <w:num w:numId="12" w16cid:durableId="1691448629">
    <w:abstractNumId w:val="9"/>
  </w:num>
  <w:num w:numId="13" w16cid:durableId="1602294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E81"/>
    <w:rsid w:val="000307B8"/>
    <w:rsid w:val="00034616"/>
    <w:rsid w:val="000449B7"/>
    <w:rsid w:val="0006063C"/>
    <w:rsid w:val="00092175"/>
    <w:rsid w:val="000A6AAF"/>
    <w:rsid w:val="000E366F"/>
    <w:rsid w:val="000F20F3"/>
    <w:rsid w:val="00120896"/>
    <w:rsid w:val="001235C9"/>
    <w:rsid w:val="0015074B"/>
    <w:rsid w:val="00170FF7"/>
    <w:rsid w:val="00197DBA"/>
    <w:rsid w:val="001B0550"/>
    <w:rsid w:val="001E1ABD"/>
    <w:rsid w:val="00224A48"/>
    <w:rsid w:val="0029639D"/>
    <w:rsid w:val="002C0515"/>
    <w:rsid w:val="003039E0"/>
    <w:rsid w:val="00311B54"/>
    <w:rsid w:val="00326F90"/>
    <w:rsid w:val="0034306C"/>
    <w:rsid w:val="00347D6B"/>
    <w:rsid w:val="00354FAD"/>
    <w:rsid w:val="003A2C33"/>
    <w:rsid w:val="003E545F"/>
    <w:rsid w:val="00443D9F"/>
    <w:rsid w:val="00451081"/>
    <w:rsid w:val="004D4B29"/>
    <w:rsid w:val="004F0AB7"/>
    <w:rsid w:val="005035B8"/>
    <w:rsid w:val="00516375"/>
    <w:rsid w:val="005167BE"/>
    <w:rsid w:val="005418AB"/>
    <w:rsid w:val="005774A3"/>
    <w:rsid w:val="005B4B3E"/>
    <w:rsid w:val="005C7233"/>
    <w:rsid w:val="00602773"/>
    <w:rsid w:val="00685583"/>
    <w:rsid w:val="00692514"/>
    <w:rsid w:val="00693D60"/>
    <w:rsid w:val="006C2551"/>
    <w:rsid w:val="006C5E57"/>
    <w:rsid w:val="0070556D"/>
    <w:rsid w:val="00751CE5"/>
    <w:rsid w:val="00777061"/>
    <w:rsid w:val="00796331"/>
    <w:rsid w:val="007F5C65"/>
    <w:rsid w:val="007F5FEC"/>
    <w:rsid w:val="008213AC"/>
    <w:rsid w:val="00867430"/>
    <w:rsid w:val="00883289"/>
    <w:rsid w:val="00897DBD"/>
    <w:rsid w:val="008B1DFA"/>
    <w:rsid w:val="008C049F"/>
    <w:rsid w:val="008C7A74"/>
    <w:rsid w:val="009131CE"/>
    <w:rsid w:val="00924ACE"/>
    <w:rsid w:val="0092521B"/>
    <w:rsid w:val="00961891"/>
    <w:rsid w:val="00976001"/>
    <w:rsid w:val="00A0622F"/>
    <w:rsid w:val="00A54AAA"/>
    <w:rsid w:val="00A65B8F"/>
    <w:rsid w:val="00AA1D8D"/>
    <w:rsid w:val="00AC0EF6"/>
    <w:rsid w:val="00B271FC"/>
    <w:rsid w:val="00B47730"/>
    <w:rsid w:val="00B671FB"/>
    <w:rsid w:val="00B87FD5"/>
    <w:rsid w:val="00B93207"/>
    <w:rsid w:val="00C51F55"/>
    <w:rsid w:val="00C85EE1"/>
    <w:rsid w:val="00CB0664"/>
    <w:rsid w:val="00D84910"/>
    <w:rsid w:val="00DE7AFC"/>
    <w:rsid w:val="00DE7DFD"/>
    <w:rsid w:val="00DF12D7"/>
    <w:rsid w:val="00E03DC9"/>
    <w:rsid w:val="00E0771E"/>
    <w:rsid w:val="00E30263"/>
    <w:rsid w:val="00E4423D"/>
    <w:rsid w:val="00EE453A"/>
    <w:rsid w:val="00F2311E"/>
    <w:rsid w:val="00F319AE"/>
    <w:rsid w:val="00F54F4D"/>
    <w:rsid w:val="00F85DD0"/>
    <w:rsid w:val="00F8758E"/>
    <w:rsid w:val="00FC33E4"/>
    <w:rsid w:val="00FC693F"/>
    <w:rsid w:val="07170A2E"/>
    <w:rsid w:val="08939FF8"/>
    <w:rsid w:val="0F72D227"/>
    <w:rsid w:val="221A80E4"/>
    <w:rsid w:val="2A5F44AB"/>
    <w:rsid w:val="2D092CDE"/>
    <w:rsid w:val="32D811A0"/>
    <w:rsid w:val="3DD3F52B"/>
    <w:rsid w:val="41617BAD"/>
    <w:rsid w:val="54C411BD"/>
    <w:rsid w:val="6D729DC9"/>
    <w:rsid w:val="72738167"/>
    <w:rsid w:val="74389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E08ED"/>
  <w14:defaultImageDpi w14:val="300"/>
  <w15:docId w15:val="{C5A55E43-1705-4EB7-9D0F-86332782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F2311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311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E7DFD"/>
    <w:rPr>
      <w:color w:val="800080" w:themeColor="followedHyperlink"/>
      <w:u w:val="single"/>
    </w:rPr>
  </w:style>
  <w:style w:type="character" w:customStyle="1" w:styleId="a"/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matbarroso97" TargetMode="External"/><Relationship Id="rId13" Type="http://schemas.openxmlformats.org/officeDocument/2006/relationships/hyperlink" Target="https://github.com/matbarroso97/springboot-client-cru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nkedin.com/in/matheusdcbarroso" TargetMode="External"/><Relationship Id="rId12" Type="http://schemas.openxmlformats.org/officeDocument/2006/relationships/hyperlink" Target="https://github.com/matbarroso97/sistema-controle-gasto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atheusbarroso.dev@gmail.com" TargetMode="External"/><Relationship Id="rId11" Type="http://schemas.openxmlformats.org/officeDocument/2006/relationships/hyperlink" Target="https://github.com/matbarroso97/springboot-dynamodb-cru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ssa-a-bola-project.vercel.app/" TargetMode="External"/><Relationship Id="rId10" Type="http://schemas.openxmlformats.org/officeDocument/2006/relationships/hyperlink" Target="https://institutobalbino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theusbarroso.dev" TargetMode="External"/><Relationship Id="rId14" Type="http://schemas.openxmlformats.org/officeDocument/2006/relationships/hyperlink" Target="https://github.com/matbarroso97/passa-a-bola-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821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Matheus Barroso</cp:lastModifiedBy>
  <cp:revision>14</cp:revision>
  <cp:lastPrinted>2026-04-30T19:54:00Z</cp:lastPrinted>
  <dcterms:created xsi:type="dcterms:W3CDTF">2026-04-30T19:47:00Z</dcterms:created>
  <dcterms:modified xsi:type="dcterms:W3CDTF">2026-07-10T21:52:00Z</dcterms:modified>
  <cp:category/>
</cp:coreProperties>
</file>