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7CA6B" w14:textId="77777777" w:rsidR="00020319" w:rsidRDefault="00000000">
      <w:pPr>
        <w:jc w:val="center"/>
      </w:pPr>
      <w:r>
        <w:rPr>
          <w:b/>
          <w:sz w:val="34"/>
        </w:rPr>
        <w:t>Matheus Barroso</w:t>
      </w:r>
    </w:p>
    <w:p w14:paraId="7A2D4F46" w14:textId="77777777" w:rsidR="00020319" w:rsidRDefault="00000000">
      <w:pPr>
        <w:spacing w:after="20"/>
        <w:jc w:val="center"/>
      </w:pPr>
      <w:r>
        <w:rPr>
          <w:sz w:val="20"/>
        </w:rPr>
        <w:t>Estudante de Engenharia de Software | Python, SQL, pandas e Análise de Dados | AWS Cloud Practitioner</w:t>
      </w:r>
    </w:p>
    <w:p w14:paraId="3747198E" w14:textId="77777777" w:rsidR="00020319" w:rsidRDefault="00000000">
      <w:pPr>
        <w:jc w:val="center"/>
      </w:pPr>
      <w:r>
        <w:t xml:space="preserve">Vila Mariana - São Paulo, SP | </w:t>
      </w:r>
      <w:hyperlink r:id="rId6">
        <w:r w:rsidR="00020319">
          <w:rPr>
            <w:color w:val="0563C1"/>
            <w:u w:val="single"/>
          </w:rPr>
          <w:t>matheusbarroso.dev@gmail.com</w:t>
        </w:r>
      </w:hyperlink>
      <w:r>
        <w:t xml:space="preserve"> | (11) 91153-6344</w:t>
      </w:r>
    </w:p>
    <w:p w14:paraId="3DAC306E" w14:textId="77777777" w:rsidR="00020319" w:rsidRDefault="00000000">
      <w:pPr>
        <w:jc w:val="center"/>
      </w:pPr>
      <w:r>
        <w:t xml:space="preserve">LinkedIn: </w:t>
      </w:r>
      <w:hyperlink r:id="rId7">
        <w:r w:rsidR="00020319">
          <w:rPr>
            <w:color w:val="0563C1"/>
            <w:u w:val="single"/>
          </w:rPr>
          <w:t>linkedin.com/in/matheusdcbarroso</w:t>
        </w:r>
      </w:hyperlink>
      <w:r>
        <w:t xml:space="preserve"> | GitHub: </w:t>
      </w:r>
      <w:hyperlink r:id="rId8">
        <w:r w:rsidR="00020319">
          <w:rPr>
            <w:color w:val="0563C1"/>
            <w:u w:val="single"/>
          </w:rPr>
          <w:t>github.com/matbarroso97</w:t>
        </w:r>
      </w:hyperlink>
      <w:r>
        <w:t xml:space="preserve"> | Portfólio: </w:t>
      </w:r>
      <w:hyperlink r:id="rId9">
        <w:r w:rsidR="00020319">
          <w:rPr>
            <w:color w:val="0563C1"/>
            <w:u w:val="single"/>
          </w:rPr>
          <w:t>matheusbarroso.dev</w:t>
        </w:r>
      </w:hyperlink>
    </w:p>
    <w:p w14:paraId="11CACF9E" w14:textId="77777777" w:rsidR="00020319" w:rsidRPr="00C662C7" w:rsidRDefault="00000000">
      <w:pPr>
        <w:pStyle w:val="SectionHeading"/>
        <w:pBdr>
          <w:bottom w:val="single" w:sz="5" w:space="1" w:color="B7B7B7"/>
        </w:pBdr>
        <w:rPr>
          <w:sz w:val="28"/>
          <w:szCs w:val="28"/>
        </w:rPr>
      </w:pPr>
      <w:r w:rsidRPr="00C662C7">
        <w:rPr>
          <w:sz w:val="28"/>
          <w:szCs w:val="28"/>
        </w:rPr>
        <w:t>Resumo Profissional</w:t>
      </w:r>
    </w:p>
    <w:p w14:paraId="2482ED29" w14:textId="4F5FA0D1" w:rsidR="00594BA6" w:rsidRDefault="00D07435">
      <w:pPr>
        <w:spacing w:after="20"/>
        <w:rPr>
          <w:sz w:val="22"/>
        </w:rPr>
      </w:pPr>
      <w:proofErr w:type="spellStart"/>
      <w:r w:rsidRPr="00D07435">
        <w:rPr>
          <w:sz w:val="22"/>
        </w:rPr>
        <w:t>Estudante</w:t>
      </w:r>
      <w:proofErr w:type="spellEnd"/>
      <w:r w:rsidRPr="00D07435">
        <w:rPr>
          <w:sz w:val="22"/>
        </w:rPr>
        <w:t xml:space="preserve"> do 4º </w:t>
      </w:r>
      <w:proofErr w:type="spellStart"/>
      <w:r w:rsidRPr="00D07435">
        <w:rPr>
          <w:sz w:val="22"/>
        </w:rPr>
        <w:t>semestre</w:t>
      </w:r>
      <w:proofErr w:type="spellEnd"/>
      <w:r w:rsidRPr="00D07435">
        <w:rPr>
          <w:sz w:val="22"/>
        </w:rPr>
        <w:t xml:space="preserve"> de </w:t>
      </w:r>
      <w:proofErr w:type="spellStart"/>
      <w:r w:rsidRPr="00D07435">
        <w:rPr>
          <w:sz w:val="22"/>
        </w:rPr>
        <w:t>Engenharia</w:t>
      </w:r>
      <w:proofErr w:type="spellEnd"/>
      <w:r w:rsidRPr="00D07435">
        <w:rPr>
          <w:sz w:val="22"/>
        </w:rPr>
        <w:t xml:space="preserve"> de Software </w:t>
      </w:r>
      <w:proofErr w:type="spellStart"/>
      <w:r w:rsidRPr="00D07435">
        <w:rPr>
          <w:sz w:val="22"/>
        </w:rPr>
        <w:t>na</w:t>
      </w:r>
      <w:proofErr w:type="spellEnd"/>
      <w:r w:rsidRPr="00D07435">
        <w:rPr>
          <w:sz w:val="22"/>
        </w:rPr>
        <w:t xml:space="preserve"> FIAP, </w:t>
      </w:r>
      <w:proofErr w:type="spellStart"/>
      <w:r w:rsidRPr="00D07435">
        <w:rPr>
          <w:sz w:val="22"/>
        </w:rPr>
        <w:t>em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busca</w:t>
      </w:r>
      <w:proofErr w:type="spellEnd"/>
      <w:r w:rsidRPr="00D07435">
        <w:rPr>
          <w:sz w:val="22"/>
        </w:rPr>
        <w:t xml:space="preserve"> de </w:t>
      </w:r>
      <w:proofErr w:type="spellStart"/>
      <w:r w:rsidRPr="00D07435">
        <w:rPr>
          <w:sz w:val="22"/>
        </w:rPr>
        <w:t>uma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oportunidade</w:t>
      </w:r>
      <w:proofErr w:type="spellEnd"/>
      <w:r w:rsidRPr="00D07435">
        <w:rPr>
          <w:sz w:val="22"/>
        </w:rPr>
        <w:t xml:space="preserve"> de </w:t>
      </w:r>
      <w:proofErr w:type="spellStart"/>
      <w:r w:rsidRPr="00D07435">
        <w:rPr>
          <w:sz w:val="22"/>
        </w:rPr>
        <w:t>estágio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em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Análise</w:t>
      </w:r>
      <w:proofErr w:type="spellEnd"/>
      <w:r w:rsidRPr="00D07435">
        <w:rPr>
          <w:sz w:val="22"/>
        </w:rPr>
        <w:t xml:space="preserve"> de Dados. </w:t>
      </w:r>
      <w:proofErr w:type="spellStart"/>
      <w:r w:rsidRPr="00D07435">
        <w:rPr>
          <w:sz w:val="22"/>
        </w:rPr>
        <w:t>Possuo</w:t>
      </w:r>
      <w:proofErr w:type="spellEnd"/>
      <w:r w:rsidRPr="00D07435">
        <w:rPr>
          <w:sz w:val="22"/>
        </w:rPr>
        <w:t xml:space="preserve"> base </w:t>
      </w:r>
      <w:proofErr w:type="spellStart"/>
      <w:r w:rsidRPr="00D07435">
        <w:rPr>
          <w:sz w:val="22"/>
        </w:rPr>
        <w:t>prática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em</w:t>
      </w:r>
      <w:proofErr w:type="spellEnd"/>
      <w:r w:rsidRPr="00D07435">
        <w:rPr>
          <w:sz w:val="22"/>
        </w:rPr>
        <w:t xml:space="preserve"> Python, SQL, pandas, PostgreSQL e </w:t>
      </w:r>
      <w:proofErr w:type="spellStart"/>
      <w:r w:rsidRPr="00D07435">
        <w:rPr>
          <w:sz w:val="22"/>
        </w:rPr>
        <w:t>organização</w:t>
      </w:r>
      <w:proofErr w:type="spellEnd"/>
      <w:r w:rsidRPr="00D07435">
        <w:rPr>
          <w:sz w:val="22"/>
        </w:rPr>
        <w:t xml:space="preserve"> de dados, </w:t>
      </w:r>
      <w:proofErr w:type="spellStart"/>
      <w:r w:rsidRPr="00D07435">
        <w:rPr>
          <w:sz w:val="22"/>
        </w:rPr>
        <w:t>desenvolvida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em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projetos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acadêmicos</w:t>
      </w:r>
      <w:proofErr w:type="spellEnd"/>
      <w:r w:rsidRPr="00D07435">
        <w:rPr>
          <w:sz w:val="22"/>
        </w:rPr>
        <w:t xml:space="preserve"> e </w:t>
      </w:r>
      <w:proofErr w:type="spellStart"/>
      <w:r w:rsidRPr="00D07435">
        <w:rPr>
          <w:sz w:val="22"/>
        </w:rPr>
        <w:t>pessoais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envolvendo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geração</w:t>
      </w:r>
      <w:proofErr w:type="spellEnd"/>
      <w:r w:rsidRPr="00D07435">
        <w:rPr>
          <w:sz w:val="22"/>
        </w:rPr>
        <w:t xml:space="preserve"> de </w:t>
      </w:r>
      <w:proofErr w:type="spellStart"/>
      <w:r w:rsidRPr="00D07435">
        <w:rPr>
          <w:sz w:val="22"/>
        </w:rPr>
        <w:t>relatórios</w:t>
      </w:r>
      <w:proofErr w:type="spellEnd"/>
      <w:r w:rsidRPr="00D07435">
        <w:rPr>
          <w:sz w:val="22"/>
        </w:rPr>
        <w:t xml:space="preserve">, </w:t>
      </w:r>
      <w:proofErr w:type="spellStart"/>
      <w:r w:rsidRPr="00D07435">
        <w:rPr>
          <w:sz w:val="22"/>
        </w:rPr>
        <w:t>estatísticas</w:t>
      </w:r>
      <w:proofErr w:type="spellEnd"/>
      <w:r w:rsidRPr="00D07435">
        <w:rPr>
          <w:sz w:val="22"/>
        </w:rPr>
        <w:t xml:space="preserve"> e </w:t>
      </w:r>
      <w:proofErr w:type="spellStart"/>
      <w:r w:rsidRPr="00D07435">
        <w:rPr>
          <w:sz w:val="22"/>
        </w:rPr>
        <w:t>aplicação</w:t>
      </w:r>
      <w:proofErr w:type="spellEnd"/>
      <w:r w:rsidRPr="00D07435">
        <w:rPr>
          <w:sz w:val="22"/>
        </w:rPr>
        <w:t xml:space="preserve"> de </w:t>
      </w:r>
      <w:proofErr w:type="spellStart"/>
      <w:r w:rsidRPr="00D07435">
        <w:rPr>
          <w:sz w:val="22"/>
        </w:rPr>
        <w:t>regras</w:t>
      </w:r>
      <w:proofErr w:type="spellEnd"/>
      <w:r w:rsidRPr="00D07435">
        <w:rPr>
          <w:sz w:val="22"/>
        </w:rPr>
        <w:t xml:space="preserve"> de </w:t>
      </w:r>
      <w:proofErr w:type="spellStart"/>
      <w:r w:rsidRPr="00D07435">
        <w:rPr>
          <w:sz w:val="22"/>
        </w:rPr>
        <w:t>negócio</w:t>
      </w:r>
      <w:proofErr w:type="spellEnd"/>
      <w:r w:rsidRPr="00D07435">
        <w:rPr>
          <w:sz w:val="22"/>
        </w:rPr>
        <w:t xml:space="preserve">. </w:t>
      </w:r>
      <w:proofErr w:type="spellStart"/>
      <w:r w:rsidRPr="00D07435">
        <w:rPr>
          <w:sz w:val="22"/>
        </w:rPr>
        <w:t>Também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tenho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conhecimentos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em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desenvolvimento</w:t>
      </w:r>
      <w:proofErr w:type="spellEnd"/>
      <w:r w:rsidRPr="00D07435">
        <w:rPr>
          <w:sz w:val="22"/>
        </w:rPr>
        <w:t xml:space="preserve"> back-end</w:t>
      </w:r>
      <w:r>
        <w:rPr>
          <w:sz w:val="22"/>
        </w:rPr>
        <w:t>, front-end</w:t>
      </w:r>
      <w:r w:rsidRPr="00D07435">
        <w:rPr>
          <w:sz w:val="22"/>
        </w:rPr>
        <w:t xml:space="preserve"> e cloud AWS, </w:t>
      </w:r>
      <w:proofErr w:type="spellStart"/>
      <w:r w:rsidRPr="00D07435">
        <w:rPr>
          <w:sz w:val="22"/>
        </w:rPr>
        <w:t>além</w:t>
      </w:r>
      <w:proofErr w:type="spellEnd"/>
      <w:r w:rsidRPr="00D07435">
        <w:rPr>
          <w:sz w:val="22"/>
        </w:rPr>
        <w:t xml:space="preserve"> da </w:t>
      </w:r>
      <w:proofErr w:type="spellStart"/>
      <w:r w:rsidRPr="00D07435">
        <w:rPr>
          <w:sz w:val="22"/>
        </w:rPr>
        <w:t>certificação</w:t>
      </w:r>
      <w:proofErr w:type="spellEnd"/>
      <w:r w:rsidRPr="00D07435">
        <w:rPr>
          <w:sz w:val="22"/>
        </w:rPr>
        <w:t xml:space="preserve"> AWS Certified Cloud Practitioner. Tenho </w:t>
      </w:r>
      <w:proofErr w:type="spellStart"/>
      <w:r w:rsidRPr="00D07435">
        <w:rPr>
          <w:sz w:val="22"/>
        </w:rPr>
        <w:t>perfil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analítico</w:t>
      </w:r>
      <w:proofErr w:type="spellEnd"/>
      <w:r w:rsidRPr="00D07435">
        <w:rPr>
          <w:sz w:val="22"/>
        </w:rPr>
        <w:t xml:space="preserve">, </w:t>
      </w:r>
      <w:proofErr w:type="spellStart"/>
      <w:r w:rsidRPr="00D07435">
        <w:rPr>
          <w:sz w:val="22"/>
        </w:rPr>
        <w:t>raciocínio</w:t>
      </w:r>
      <w:proofErr w:type="spellEnd"/>
      <w:r w:rsidRPr="00D07435">
        <w:rPr>
          <w:sz w:val="22"/>
        </w:rPr>
        <w:t xml:space="preserve"> </w:t>
      </w:r>
      <w:proofErr w:type="spellStart"/>
      <w:r w:rsidRPr="00D07435">
        <w:rPr>
          <w:sz w:val="22"/>
        </w:rPr>
        <w:t>lógico</w:t>
      </w:r>
      <w:proofErr w:type="spellEnd"/>
      <w:r w:rsidRPr="00D07435">
        <w:rPr>
          <w:sz w:val="22"/>
        </w:rPr>
        <w:t xml:space="preserve"> e </w:t>
      </w:r>
      <w:proofErr w:type="spellStart"/>
      <w:r w:rsidRPr="00D07435">
        <w:rPr>
          <w:sz w:val="22"/>
        </w:rPr>
        <w:t>facilidade</w:t>
      </w:r>
      <w:proofErr w:type="spellEnd"/>
      <w:r w:rsidRPr="00D07435">
        <w:rPr>
          <w:sz w:val="22"/>
        </w:rPr>
        <w:t xml:space="preserve"> para </w:t>
      </w:r>
      <w:proofErr w:type="spellStart"/>
      <w:r w:rsidRPr="00D07435">
        <w:rPr>
          <w:sz w:val="22"/>
        </w:rPr>
        <w:t>aprender</w:t>
      </w:r>
      <w:proofErr w:type="spellEnd"/>
      <w:r w:rsidRPr="00D07435">
        <w:rPr>
          <w:sz w:val="22"/>
        </w:rPr>
        <w:t xml:space="preserve"> e </w:t>
      </w:r>
      <w:proofErr w:type="spellStart"/>
      <w:r w:rsidRPr="00D07435">
        <w:rPr>
          <w:sz w:val="22"/>
        </w:rPr>
        <w:t>colaborar</w:t>
      </w:r>
      <w:proofErr w:type="spellEnd"/>
      <w:r>
        <w:rPr>
          <w:sz w:val="22"/>
        </w:rPr>
        <w:t>.</w:t>
      </w:r>
    </w:p>
    <w:p w14:paraId="677770C3" w14:textId="77777777" w:rsidR="00594BA6" w:rsidRPr="00C662C7" w:rsidRDefault="00594BA6">
      <w:pPr>
        <w:spacing w:after="20"/>
        <w:rPr>
          <w:sz w:val="22"/>
        </w:rPr>
      </w:pPr>
    </w:p>
    <w:p w14:paraId="050D6383" w14:textId="77777777" w:rsidR="00020319" w:rsidRPr="00C662C7" w:rsidRDefault="00000000">
      <w:pPr>
        <w:pStyle w:val="SectionHeading"/>
        <w:pBdr>
          <w:bottom w:val="single" w:sz="5" w:space="1" w:color="B7B7B7"/>
        </w:pBdr>
        <w:rPr>
          <w:sz w:val="28"/>
          <w:szCs w:val="28"/>
        </w:rPr>
      </w:pPr>
      <w:r w:rsidRPr="00C662C7">
        <w:rPr>
          <w:sz w:val="28"/>
          <w:szCs w:val="28"/>
        </w:rPr>
        <w:t>Experiência Profissional</w:t>
      </w:r>
    </w:p>
    <w:p w14:paraId="6DAF4B2A" w14:textId="77777777" w:rsidR="00020319" w:rsidRPr="00C662C7" w:rsidRDefault="00000000">
      <w:pPr>
        <w:pStyle w:val="ProjectHeading"/>
        <w:rPr>
          <w:sz w:val="22"/>
        </w:rPr>
      </w:pPr>
      <w:r w:rsidRPr="00C662C7">
        <w:rPr>
          <w:sz w:val="22"/>
        </w:rPr>
        <w:t>Desenvolvedor Web Freelancer / Autônomo | São Paulo, SP | 2025 - atual</w:t>
      </w:r>
    </w:p>
    <w:p w14:paraId="78E37B65" w14:textId="77777777" w:rsidR="00020319" w:rsidRPr="00C662C7" w:rsidRDefault="00000000">
      <w:pPr>
        <w:pStyle w:val="CompactBullet"/>
        <w:rPr>
          <w:sz w:val="22"/>
        </w:rPr>
      </w:pPr>
      <w:r w:rsidRPr="00C662C7">
        <w:rPr>
          <w:sz w:val="22"/>
        </w:rPr>
        <w:t>• Desenvolvimento de sites e páginas responsivas com HTML, CSS e JavaScript.</w:t>
      </w:r>
    </w:p>
    <w:p w14:paraId="4A01DCAF" w14:textId="77777777" w:rsidR="00020319" w:rsidRPr="00C662C7" w:rsidRDefault="00000000">
      <w:pPr>
        <w:pStyle w:val="CompactBullet"/>
        <w:rPr>
          <w:sz w:val="22"/>
        </w:rPr>
      </w:pPr>
      <w:r w:rsidRPr="00C662C7">
        <w:rPr>
          <w:sz w:val="22"/>
        </w:rPr>
        <w:t>• Contato direto com clientes para levantamento de necessidades, organização das entregas e solução de problemas técnicos.</w:t>
      </w:r>
    </w:p>
    <w:p w14:paraId="447BFD51" w14:textId="77777777" w:rsidR="00020319" w:rsidRPr="00C662C7" w:rsidRDefault="00000000">
      <w:pPr>
        <w:pStyle w:val="ProjectHeading"/>
        <w:rPr>
          <w:sz w:val="22"/>
        </w:rPr>
      </w:pPr>
      <w:r w:rsidRPr="00C662C7">
        <w:rPr>
          <w:sz w:val="22"/>
        </w:rPr>
        <w:t>Instituto Balbino Fé com Obras - Desenvolvedor Web (Voluntário) | Rio de Janeiro | ago/2024 - set/2024</w:t>
      </w:r>
    </w:p>
    <w:p w14:paraId="63B1DACD" w14:textId="77777777" w:rsidR="00020319" w:rsidRPr="00C662C7" w:rsidRDefault="00000000">
      <w:pPr>
        <w:pStyle w:val="CompactBullet"/>
        <w:rPr>
          <w:sz w:val="22"/>
        </w:rPr>
      </w:pPr>
      <w:r w:rsidRPr="00C662C7">
        <w:rPr>
          <w:sz w:val="22"/>
        </w:rPr>
        <w:t>• Desenvolvimento de site institucional responsivo e organização do conteúdo da ONG com foco em clareza, acessibilidade e usabilidade.</w:t>
      </w:r>
    </w:p>
    <w:p w14:paraId="3923C42A" w14:textId="77777777" w:rsidR="00020319" w:rsidRPr="00C662C7" w:rsidRDefault="00000000">
      <w:pPr>
        <w:pStyle w:val="CompactBullet"/>
        <w:rPr>
          <w:sz w:val="22"/>
        </w:rPr>
      </w:pPr>
      <w:r w:rsidRPr="00C662C7">
        <w:rPr>
          <w:sz w:val="22"/>
        </w:rPr>
        <w:t xml:space="preserve">• Criação de identidade visual e resolução autônoma de problemas técnicos durante </w:t>
      </w:r>
      <w:proofErr w:type="gramStart"/>
      <w:r w:rsidRPr="00C662C7">
        <w:rPr>
          <w:sz w:val="22"/>
        </w:rPr>
        <w:t>a</w:t>
      </w:r>
      <w:proofErr w:type="gramEnd"/>
      <w:r w:rsidRPr="00C662C7">
        <w:rPr>
          <w:sz w:val="22"/>
        </w:rPr>
        <w:t xml:space="preserve"> entrega.</w:t>
      </w:r>
    </w:p>
    <w:p w14:paraId="2C2942FF" w14:textId="77777777" w:rsidR="00020319" w:rsidRDefault="00000000">
      <w:pPr>
        <w:spacing w:after="20"/>
        <w:ind w:left="216"/>
      </w:pPr>
      <w:r w:rsidRPr="00C662C7">
        <w:rPr>
          <w:b/>
          <w:sz w:val="22"/>
        </w:rPr>
        <w:t xml:space="preserve">Site: </w:t>
      </w:r>
      <w:hyperlink r:id="rId10">
        <w:r w:rsidR="00020319" w:rsidRPr="00C662C7">
          <w:rPr>
            <w:color w:val="0563C1"/>
            <w:sz w:val="22"/>
            <w:u w:val="single"/>
          </w:rPr>
          <w:t>institutobalbino.com.br</w:t>
        </w:r>
      </w:hyperlink>
    </w:p>
    <w:p w14:paraId="62ACF198" w14:textId="77777777" w:rsidR="006B5951" w:rsidRDefault="006B5951">
      <w:pPr>
        <w:spacing w:after="20"/>
        <w:ind w:left="216"/>
        <w:rPr>
          <w:sz w:val="22"/>
        </w:rPr>
      </w:pPr>
    </w:p>
    <w:p w14:paraId="185D91C8" w14:textId="77777777" w:rsidR="006B5951" w:rsidRPr="00C662C7" w:rsidRDefault="006B5951" w:rsidP="006B5951">
      <w:pPr>
        <w:pStyle w:val="SectionHeading"/>
        <w:pBdr>
          <w:bottom w:val="single" w:sz="5" w:space="1" w:color="B7B7B7"/>
        </w:pBdr>
        <w:rPr>
          <w:sz w:val="28"/>
          <w:szCs w:val="28"/>
        </w:rPr>
      </w:pPr>
      <w:proofErr w:type="spellStart"/>
      <w:r w:rsidRPr="00C662C7">
        <w:rPr>
          <w:sz w:val="28"/>
          <w:szCs w:val="28"/>
        </w:rPr>
        <w:t>Formação</w:t>
      </w:r>
      <w:proofErr w:type="spellEnd"/>
      <w:r w:rsidRPr="00C662C7">
        <w:rPr>
          <w:sz w:val="28"/>
          <w:szCs w:val="28"/>
        </w:rPr>
        <w:t xml:space="preserve"> </w:t>
      </w:r>
      <w:proofErr w:type="spellStart"/>
      <w:r w:rsidRPr="00C662C7">
        <w:rPr>
          <w:sz w:val="28"/>
          <w:szCs w:val="28"/>
        </w:rPr>
        <w:t>Acadêmica</w:t>
      </w:r>
      <w:proofErr w:type="spellEnd"/>
    </w:p>
    <w:p w14:paraId="58AE687E" w14:textId="77777777" w:rsidR="006B5951" w:rsidRPr="00C662C7" w:rsidRDefault="006B5951" w:rsidP="006B5951">
      <w:pPr>
        <w:rPr>
          <w:sz w:val="22"/>
        </w:rPr>
      </w:pPr>
      <w:r w:rsidRPr="00C662C7">
        <w:rPr>
          <w:b/>
          <w:sz w:val="22"/>
        </w:rPr>
        <w:t xml:space="preserve">FIAP - </w:t>
      </w:r>
      <w:proofErr w:type="spellStart"/>
      <w:r w:rsidRPr="00C662C7">
        <w:rPr>
          <w:b/>
          <w:sz w:val="22"/>
        </w:rPr>
        <w:t>Faculdade</w:t>
      </w:r>
      <w:proofErr w:type="spellEnd"/>
      <w:r w:rsidRPr="00C662C7">
        <w:rPr>
          <w:b/>
          <w:sz w:val="22"/>
        </w:rPr>
        <w:t xml:space="preserve"> de </w:t>
      </w:r>
      <w:proofErr w:type="spellStart"/>
      <w:r w:rsidRPr="00C662C7">
        <w:rPr>
          <w:b/>
          <w:sz w:val="22"/>
        </w:rPr>
        <w:t>Informática</w:t>
      </w:r>
      <w:proofErr w:type="spellEnd"/>
      <w:r w:rsidRPr="00C662C7">
        <w:rPr>
          <w:b/>
          <w:sz w:val="22"/>
        </w:rPr>
        <w:t xml:space="preserve"> e </w:t>
      </w:r>
      <w:proofErr w:type="spellStart"/>
      <w:r w:rsidRPr="00C662C7">
        <w:rPr>
          <w:b/>
          <w:sz w:val="22"/>
        </w:rPr>
        <w:t>Administração</w:t>
      </w:r>
      <w:proofErr w:type="spellEnd"/>
      <w:r w:rsidRPr="00C662C7">
        <w:rPr>
          <w:b/>
          <w:sz w:val="22"/>
        </w:rPr>
        <w:t xml:space="preserve"> Paulista</w:t>
      </w:r>
      <w:r w:rsidRPr="00C662C7">
        <w:rPr>
          <w:sz w:val="22"/>
        </w:rPr>
        <w:t xml:space="preserve"> | </w:t>
      </w:r>
      <w:proofErr w:type="spellStart"/>
      <w:r w:rsidRPr="00C662C7">
        <w:rPr>
          <w:sz w:val="22"/>
        </w:rPr>
        <w:t>Bacharelado</w:t>
      </w:r>
      <w:proofErr w:type="spellEnd"/>
      <w:r w:rsidRPr="00C662C7">
        <w:rPr>
          <w:sz w:val="22"/>
        </w:rPr>
        <w:t xml:space="preserve"> </w:t>
      </w:r>
      <w:proofErr w:type="spellStart"/>
      <w:r w:rsidRPr="00C662C7">
        <w:rPr>
          <w:sz w:val="22"/>
        </w:rPr>
        <w:t>em</w:t>
      </w:r>
      <w:proofErr w:type="spellEnd"/>
      <w:r w:rsidRPr="00C662C7">
        <w:rPr>
          <w:sz w:val="22"/>
        </w:rPr>
        <w:t xml:space="preserve"> </w:t>
      </w:r>
      <w:proofErr w:type="spellStart"/>
      <w:r w:rsidRPr="00C662C7">
        <w:rPr>
          <w:sz w:val="22"/>
        </w:rPr>
        <w:t>Engenharia</w:t>
      </w:r>
      <w:proofErr w:type="spellEnd"/>
      <w:r w:rsidRPr="00C662C7">
        <w:rPr>
          <w:sz w:val="22"/>
        </w:rPr>
        <w:t xml:space="preserve"> de Software</w:t>
      </w:r>
    </w:p>
    <w:p w14:paraId="35EB8483" w14:textId="77777777" w:rsidR="006B5951" w:rsidRPr="00C662C7" w:rsidRDefault="006B5951" w:rsidP="006B5951">
      <w:pPr>
        <w:rPr>
          <w:sz w:val="22"/>
        </w:rPr>
      </w:pPr>
      <w:r w:rsidRPr="00C662C7">
        <w:rPr>
          <w:sz w:val="22"/>
        </w:rPr>
        <w:t xml:space="preserve">4º </w:t>
      </w:r>
      <w:proofErr w:type="spellStart"/>
      <w:r w:rsidRPr="00C662C7">
        <w:rPr>
          <w:sz w:val="22"/>
        </w:rPr>
        <w:t>semestre</w:t>
      </w:r>
      <w:proofErr w:type="spellEnd"/>
      <w:r w:rsidRPr="00C662C7">
        <w:rPr>
          <w:sz w:val="22"/>
        </w:rPr>
        <w:t xml:space="preserve"> | </w:t>
      </w:r>
      <w:proofErr w:type="spellStart"/>
      <w:r w:rsidRPr="00C662C7">
        <w:rPr>
          <w:sz w:val="22"/>
        </w:rPr>
        <w:t>fev</w:t>
      </w:r>
      <w:proofErr w:type="spellEnd"/>
      <w:r w:rsidRPr="00C662C7">
        <w:rPr>
          <w:sz w:val="22"/>
        </w:rPr>
        <w:t xml:space="preserve">/2025 - </w:t>
      </w:r>
      <w:proofErr w:type="spellStart"/>
      <w:r w:rsidRPr="00C662C7">
        <w:rPr>
          <w:sz w:val="22"/>
        </w:rPr>
        <w:t>conclusão</w:t>
      </w:r>
      <w:proofErr w:type="spellEnd"/>
      <w:r w:rsidRPr="00C662C7">
        <w:rPr>
          <w:sz w:val="22"/>
        </w:rPr>
        <w:t xml:space="preserve"> </w:t>
      </w:r>
      <w:proofErr w:type="spellStart"/>
      <w:r w:rsidRPr="00C662C7">
        <w:rPr>
          <w:sz w:val="22"/>
        </w:rPr>
        <w:t>prevista</w:t>
      </w:r>
      <w:proofErr w:type="spellEnd"/>
      <w:r w:rsidRPr="00C662C7">
        <w:rPr>
          <w:sz w:val="22"/>
        </w:rPr>
        <w:t xml:space="preserve">: </w:t>
      </w:r>
      <w:proofErr w:type="spellStart"/>
      <w:r w:rsidRPr="00C662C7">
        <w:rPr>
          <w:sz w:val="22"/>
        </w:rPr>
        <w:t>dez</w:t>
      </w:r>
      <w:proofErr w:type="spellEnd"/>
      <w:r w:rsidRPr="00C662C7">
        <w:rPr>
          <w:sz w:val="22"/>
        </w:rPr>
        <w:t>/2028</w:t>
      </w:r>
    </w:p>
    <w:p w14:paraId="27476E28" w14:textId="77777777" w:rsidR="006B5951" w:rsidRPr="00C662C7" w:rsidRDefault="006B5951" w:rsidP="006B5951">
      <w:pPr>
        <w:pStyle w:val="SectionHeading"/>
        <w:pBdr>
          <w:bottom w:val="single" w:sz="5" w:space="1" w:color="B7B7B7"/>
        </w:pBdr>
        <w:rPr>
          <w:sz w:val="28"/>
          <w:szCs w:val="28"/>
        </w:rPr>
      </w:pPr>
      <w:proofErr w:type="spellStart"/>
      <w:r w:rsidRPr="00C662C7">
        <w:rPr>
          <w:sz w:val="28"/>
          <w:szCs w:val="28"/>
        </w:rPr>
        <w:t>Competências</w:t>
      </w:r>
      <w:proofErr w:type="spellEnd"/>
      <w:r w:rsidRPr="00C662C7">
        <w:rPr>
          <w:sz w:val="28"/>
          <w:szCs w:val="28"/>
        </w:rPr>
        <w:t xml:space="preserve"> </w:t>
      </w:r>
      <w:proofErr w:type="spellStart"/>
      <w:r w:rsidRPr="00C662C7">
        <w:rPr>
          <w:sz w:val="28"/>
          <w:szCs w:val="28"/>
        </w:rPr>
        <w:t>Técnicas</w:t>
      </w:r>
      <w:proofErr w:type="spellEnd"/>
    </w:p>
    <w:p w14:paraId="7A59C2D4" w14:textId="77777777" w:rsidR="006B5951" w:rsidRPr="00C662C7" w:rsidRDefault="006B5951" w:rsidP="006B5951">
      <w:pPr>
        <w:spacing w:after="10"/>
        <w:rPr>
          <w:sz w:val="22"/>
        </w:rPr>
      </w:pPr>
      <w:proofErr w:type="spellStart"/>
      <w:r>
        <w:rPr>
          <w:b/>
          <w:sz w:val="22"/>
        </w:rPr>
        <w:t>Análise</w:t>
      </w:r>
      <w:proofErr w:type="spellEnd"/>
      <w:r>
        <w:rPr>
          <w:b/>
          <w:sz w:val="22"/>
        </w:rPr>
        <w:t xml:space="preserve"> de dados: </w:t>
      </w:r>
      <w:r w:rsidRPr="00594BA6">
        <w:rPr>
          <w:bCs/>
          <w:sz w:val="22"/>
        </w:rPr>
        <w:t>Python</w:t>
      </w:r>
      <w:r>
        <w:rPr>
          <w:bCs/>
          <w:sz w:val="22"/>
        </w:rPr>
        <w:t>, SQL</w:t>
      </w:r>
      <w:r w:rsidRPr="00594BA6">
        <w:rPr>
          <w:bCs/>
          <w:sz w:val="22"/>
        </w:rPr>
        <w:t xml:space="preserve">, pandas, </w:t>
      </w:r>
      <w:proofErr w:type="spellStart"/>
      <w:r w:rsidRPr="00594BA6">
        <w:rPr>
          <w:bCs/>
          <w:sz w:val="22"/>
        </w:rPr>
        <w:t>DataFrames</w:t>
      </w:r>
      <w:proofErr w:type="spellEnd"/>
    </w:p>
    <w:p w14:paraId="60943819" w14:textId="425616AA" w:rsidR="006B5951" w:rsidRPr="00C662C7" w:rsidRDefault="006B5951" w:rsidP="006B5951">
      <w:pPr>
        <w:spacing w:after="10"/>
        <w:rPr>
          <w:sz w:val="22"/>
        </w:rPr>
      </w:pPr>
      <w:r>
        <w:rPr>
          <w:b/>
          <w:sz w:val="22"/>
        </w:rPr>
        <w:t xml:space="preserve">Bancos de dados: </w:t>
      </w:r>
      <w:r w:rsidRPr="00594BA6">
        <w:rPr>
          <w:bCs/>
          <w:sz w:val="22"/>
        </w:rPr>
        <w:t>PostgreSQL</w:t>
      </w:r>
      <w:r>
        <w:rPr>
          <w:bCs/>
          <w:sz w:val="22"/>
        </w:rPr>
        <w:t xml:space="preserve">, MySQL </w:t>
      </w:r>
      <w:r w:rsidRPr="00594BA6">
        <w:rPr>
          <w:bCs/>
          <w:sz w:val="22"/>
        </w:rPr>
        <w:t>e Amazon DynamoDB</w:t>
      </w:r>
    </w:p>
    <w:p w14:paraId="3139054E" w14:textId="77777777" w:rsidR="006B5951" w:rsidRDefault="006B5951" w:rsidP="006B5951">
      <w:pPr>
        <w:spacing w:after="10"/>
        <w:rPr>
          <w:bCs/>
          <w:sz w:val="22"/>
        </w:rPr>
      </w:pPr>
      <w:proofErr w:type="spellStart"/>
      <w:r>
        <w:rPr>
          <w:b/>
          <w:sz w:val="22"/>
        </w:rPr>
        <w:t>Programação</w:t>
      </w:r>
      <w:proofErr w:type="spellEnd"/>
      <w:r>
        <w:rPr>
          <w:b/>
          <w:sz w:val="22"/>
        </w:rPr>
        <w:t xml:space="preserve"> back-end: </w:t>
      </w:r>
      <w:r w:rsidRPr="00594BA6">
        <w:rPr>
          <w:bCs/>
          <w:sz w:val="22"/>
        </w:rPr>
        <w:t>Java, C#, APIs REST, Spring Boot e .NET</w:t>
      </w:r>
    </w:p>
    <w:p w14:paraId="738D3C3A" w14:textId="77777777" w:rsidR="006B5951" w:rsidRDefault="006B5951" w:rsidP="006B5951">
      <w:pPr>
        <w:spacing w:after="10"/>
        <w:rPr>
          <w:bCs/>
          <w:sz w:val="22"/>
        </w:rPr>
      </w:pPr>
      <w:proofErr w:type="spellStart"/>
      <w:r>
        <w:rPr>
          <w:bCs/>
          <w:sz w:val="22"/>
        </w:rPr>
        <w:t>Programação</w:t>
      </w:r>
      <w:proofErr w:type="spellEnd"/>
      <w:r>
        <w:rPr>
          <w:bCs/>
          <w:sz w:val="22"/>
        </w:rPr>
        <w:t xml:space="preserve"> front-end: HTML, CSS, JavaScript/TypeScript, React</w:t>
      </w:r>
    </w:p>
    <w:p w14:paraId="0C4C746F" w14:textId="7BB03F03" w:rsidR="006B5951" w:rsidRPr="00C662C7" w:rsidRDefault="006B5951" w:rsidP="006B5951">
      <w:pPr>
        <w:spacing w:after="10"/>
        <w:rPr>
          <w:sz w:val="22"/>
        </w:rPr>
      </w:pPr>
      <w:r>
        <w:rPr>
          <w:b/>
          <w:sz w:val="22"/>
        </w:rPr>
        <w:t xml:space="preserve">Cloud e ferramentas: </w:t>
      </w:r>
      <w:r w:rsidRPr="00594BA6">
        <w:rPr>
          <w:bCs/>
          <w:sz w:val="22"/>
        </w:rPr>
        <w:t>AWS, Git, GitHub, Docker e Terraform</w:t>
      </w:r>
    </w:p>
    <w:p w14:paraId="6C1B876F" w14:textId="336E4C54" w:rsidR="006B5951" w:rsidRPr="00C662C7" w:rsidRDefault="006B5951" w:rsidP="006B5951">
      <w:pPr>
        <w:spacing w:after="10"/>
        <w:rPr>
          <w:sz w:val="22"/>
        </w:rPr>
      </w:pPr>
      <w:r>
        <w:rPr>
          <w:b/>
          <w:sz w:val="22"/>
        </w:rPr>
        <w:t xml:space="preserve">Excel: </w:t>
      </w:r>
      <w:proofErr w:type="spellStart"/>
      <w:r w:rsidRPr="00594BA6">
        <w:rPr>
          <w:bCs/>
          <w:sz w:val="22"/>
        </w:rPr>
        <w:t>conhecimentos</w:t>
      </w:r>
      <w:proofErr w:type="spellEnd"/>
      <w:r w:rsidRPr="00594BA6">
        <w:rPr>
          <w:bCs/>
          <w:sz w:val="22"/>
        </w:rPr>
        <w:t xml:space="preserve"> </w:t>
      </w:r>
      <w:proofErr w:type="spellStart"/>
      <w:r w:rsidRPr="00594BA6">
        <w:rPr>
          <w:bCs/>
          <w:sz w:val="22"/>
        </w:rPr>
        <w:t>básicos</w:t>
      </w:r>
      <w:proofErr w:type="spellEnd"/>
    </w:p>
    <w:p w14:paraId="7727A79B" w14:textId="77777777" w:rsidR="006B5951" w:rsidRPr="00C662C7" w:rsidRDefault="006B5951" w:rsidP="006B5951">
      <w:pPr>
        <w:pStyle w:val="SectionHeading"/>
        <w:pBdr>
          <w:bottom w:val="single" w:sz="5" w:space="1" w:color="B7B7B7"/>
        </w:pBdr>
        <w:rPr>
          <w:sz w:val="28"/>
          <w:szCs w:val="28"/>
        </w:rPr>
      </w:pPr>
      <w:proofErr w:type="spellStart"/>
      <w:r w:rsidRPr="00C662C7">
        <w:rPr>
          <w:sz w:val="28"/>
          <w:szCs w:val="28"/>
        </w:rPr>
        <w:t>Certificação</w:t>
      </w:r>
      <w:proofErr w:type="spellEnd"/>
    </w:p>
    <w:p w14:paraId="4755CFEE" w14:textId="77777777" w:rsidR="006B5951" w:rsidRPr="00C662C7" w:rsidRDefault="006B5951" w:rsidP="006B5951">
      <w:pPr>
        <w:rPr>
          <w:sz w:val="22"/>
        </w:rPr>
      </w:pPr>
      <w:r w:rsidRPr="00C662C7">
        <w:rPr>
          <w:b/>
          <w:sz w:val="22"/>
        </w:rPr>
        <w:t>AWS Certified Cloud Practitioner</w:t>
      </w:r>
      <w:r w:rsidRPr="00C662C7">
        <w:rPr>
          <w:sz w:val="22"/>
        </w:rPr>
        <w:t xml:space="preserve"> - Amazon Web Services (AWS)</w:t>
      </w:r>
    </w:p>
    <w:p w14:paraId="4216C995" w14:textId="77777777" w:rsidR="006B5951" w:rsidRPr="00C662C7" w:rsidRDefault="006B5951" w:rsidP="006B5951">
      <w:pPr>
        <w:pStyle w:val="SectionHeading"/>
        <w:pBdr>
          <w:bottom w:val="single" w:sz="5" w:space="1" w:color="B7B7B7"/>
        </w:pBdr>
        <w:rPr>
          <w:sz w:val="28"/>
          <w:szCs w:val="28"/>
        </w:rPr>
      </w:pPr>
      <w:proofErr w:type="spellStart"/>
      <w:r w:rsidRPr="00C662C7">
        <w:rPr>
          <w:sz w:val="28"/>
          <w:szCs w:val="28"/>
        </w:rPr>
        <w:t>Cursos</w:t>
      </w:r>
      <w:proofErr w:type="spellEnd"/>
      <w:r w:rsidRPr="00C662C7">
        <w:rPr>
          <w:sz w:val="28"/>
          <w:szCs w:val="28"/>
        </w:rPr>
        <w:t xml:space="preserve"> </w:t>
      </w:r>
      <w:proofErr w:type="spellStart"/>
      <w:r w:rsidRPr="00C662C7">
        <w:rPr>
          <w:sz w:val="28"/>
          <w:szCs w:val="28"/>
        </w:rPr>
        <w:t>Complementares</w:t>
      </w:r>
      <w:proofErr w:type="spellEnd"/>
    </w:p>
    <w:p w14:paraId="7F403716" w14:textId="77777777" w:rsidR="006B5951" w:rsidRPr="00C662C7" w:rsidRDefault="006B5951" w:rsidP="006B5951">
      <w:pPr>
        <w:pStyle w:val="CompactBullet"/>
        <w:rPr>
          <w:sz w:val="22"/>
        </w:rPr>
      </w:pPr>
      <w:r>
        <w:rPr>
          <w:sz w:val="22"/>
        </w:rPr>
        <w:t>• Estatística para Análise de Dados com Python - DIO (27,5 horas)</w:t>
      </w:r>
    </w:p>
    <w:p w14:paraId="7F403716" w14:textId="77777777" w:rsidR="006B5951" w:rsidRPr="00C662C7" w:rsidRDefault="006B5951" w:rsidP="006B5951">
      <w:pPr>
        <w:pStyle w:val="CompactBullet"/>
        <w:rPr>
          <w:sz w:val="22"/>
        </w:rPr>
      </w:pPr>
      <w:r>
        <w:rPr>
          <w:sz w:val="22"/>
        </w:rPr>
        <w:t xml:space="preserve">• Dados do Zero: Excel, SQL, Python e AWS com </w:t>
      </w:r>
      <w:proofErr w:type="spellStart"/>
      <w:r>
        <w:rPr>
          <w:sz w:val="22"/>
        </w:rPr>
        <w:t>Projetos</w:t>
      </w:r>
      <w:proofErr w:type="spellEnd"/>
      <w:r>
        <w:rPr>
          <w:sz w:val="22"/>
        </w:rPr>
        <w:t xml:space="preserve"> Reais - Udemy</w:t>
      </w:r>
    </w:p>
    <w:p w14:paraId="5D8E3EA7" w14:textId="77777777" w:rsidR="006B5951" w:rsidRPr="00C662C7" w:rsidRDefault="006B5951" w:rsidP="006B5951">
      <w:pPr>
        <w:pStyle w:val="CompactBullet"/>
        <w:rPr>
          <w:sz w:val="22"/>
        </w:rPr>
      </w:pPr>
      <w:r>
        <w:rPr>
          <w:sz w:val="22"/>
        </w:rPr>
        <w:t xml:space="preserve">• </w:t>
      </w:r>
      <w:proofErr w:type="spellStart"/>
      <w:r>
        <w:rPr>
          <w:sz w:val="22"/>
        </w:rPr>
        <w:t>Algoritmos</w:t>
      </w:r>
      <w:proofErr w:type="spellEnd"/>
      <w:r>
        <w:rPr>
          <w:sz w:val="22"/>
        </w:rPr>
        <w:t xml:space="preserve"> e </w:t>
      </w:r>
      <w:proofErr w:type="spellStart"/>
      <w:r>
        <w:rPr>
          <w:sz w:val="22"/>
        </w:rPr>
        <w:t>Lógica</w:t>
      </w:r>
      <w:proofErr w:type="spellEnd"/>
      <w:r>
        <w:rPr>
          <w:sz w:val="22"/>
        </w:rPr>
        <w:t xml:space="preserve"> de </w:t>
      </w:r>
      <w:proofErr w:type="spellStart"/>
      <w:r>
        <w:rPr>
          <w:sz w:val="22"/>
        </w:rPr>
        <w:t>Programação</w:t>
      </w:r>
      <w:proofErr w:type="spellEnd"/>
      <w:r>
        <w:rPr>
          <w:sz w:val="22"/>
        </w:rPr>
        <w:t xml:space="preserve"> - Udemy</w:t>
      </w:r>
    </w:p>
    <w:p w14:paraId="350669A8" w14:textId="77777777" w:rsidR="006B5951" w:rsidRPr="00C662C7" w:rsidRDefault="006B5951" w:rsidP="006B5951">
      <w:pPr>
        <w:pStyle w:val="CompactBullet"/>
        <w:rPr>
          <w:sz w:val="22"/>
        </w:rPr>
      </w:pPr>
      <w:r>
        <w:rPr>
          <w:sz w:val="22"/>
        </w:rPr>
        <w:t>• Introduction to Software Engineering - IBM (Coursera)</w:t>
      </w:r>
    </w:p>
    <w:p w14:paraId="52101577" w14:textId="77777777" w:rsidR="006B5951" w:rsidRPr="00C662C7" w:rsidRDefault="006B5951" w:rsidP="006B5951">
      <w:pPr>
        <w:pStyle w:val="CompactBullet"/>
        <w:rPr>
          <w:sz w:val="22"/>
        </w:rPr>
      </w:pPr>
      <w:r>
        <w:rPr>
          <w:sz w:val="22"/>
        </w:rPr>
        <w:t xml:space="preserve">• Java e </w:t>
      </w:r>
      <w:proofErr w:type="spellStart"/>
      <w:r>
        <w:rPr>
          <w:sz w:val="22"/>
        </w:rPr>
        <w:t>Programação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Orientada</w:t>
      </w:r>
      <w:proofErr w:type="spellEnd"/>
      <w:r>
        <w:rPr>
          <w:sz w:val="22"/>
        </w:rPr>
        <w:t xml:space="preserve"> a </w:t>
      </w:r>
      <w:proofErr w:type="spellStart"/>
      <w:r>
        <w:rPr>
          <w:sz w:val="22"/>
        </w:rPr>
        <w:t>Objetos</w:t>
      </w:r>
      <w:proofErr w:type="spellEnd"/>
      <w:r>
        <w:rPr>
          <w:sz w:val="22"/>
        </w:rPr>
        <w:t xml:space="preserve"> - </w:t>
      </w:r>
      <w:proofErr w:type="spellStart"/>
      <w:r>
        <w:rPr>
          <w:sz w:val="22"/>
        </w:rPr>
        <w:t>DevSuperior</w:t>
      </w:r>
      <w:proofErr w:type="spellEnd"/>
    </w:p>
    <w:p w14:paraId="4E14625A" w14:textId="77777777" w:rsidR="006B5951" w:rsidRPr="00C662C7" w:rsidRDefault="006B5951" w:rsidP="006B5951">
      <w:pPr>
        <w:pStyle w:val="CompactBullet"/>
        <w:rPr>
          <w:sz w:val="22"/>
        </w:rPr>
      </w:pPr>
      <w:r>
        <w:rPr>
          <w:sz w:val="22"/>
        </w:rPr>
        <w:t xml:space="preserve">• Git e GitHub - </w:t>
      </w:r>
      <w:proofErr w:type="spellStart"/>
      <w:r>
        <w:rPr>
          <w:sz w:val="22"/>
        </w:rPr>
        <w:t>DevSuperior</w:t>
      </w:r>
      <w:proofErr w:type="spellEnd"/>
    </w:p>
    <w:p w14:paraId="7F0DF4A7" w14:textId="77777777" w:rsidR="006B5951" w:rsidRPr="00C662C7" w:rsidRDefault="006B5951" w:rsidP="006B5951">
      <w:pPr>
        <w:pStyle w:val="SectionHeading"/>
        <w:pBdr>
          <w:bottom w:val="single" w:sz="5" w:space="1" w:color="B7B7B7"/>
        </w:pBdr>
        <w:rPr>
          <w:sz w:val="28"/>
          <w:szCs w:val="28"/>
        </w:rPr>
      </w:pPr>
      <w:proofErr w:type="spellStart"/>
      <w:r w:rsidRPr="00C662C7">
        <w:rPr>
          <w:sz w:val="28"/>
          <w:szCs w:val="28"/>
        </w:rPr>
        <w:t>Idiomas</w:t>
      </w:r>
      <w:proofErr w:type="spellEnd"/>
    </w:p>
    <w:p w14:paraId="556FA254" w14:textId="77777777" w:rsidR="006B5951" w:rsidRPr="00C662C7" w:rsidRDefault="006B5951" w:rsidP="006B5951">
      <w:pPr>
        <w:rPr>
          <w:sz w:val="22"/>
        </w:rPr>
      </w:pPr>
      <w:proofErr w:type="spellStart"/>
      <w:r w:rsidRPr="00C662C7">
        <w:rPr>
          <w:b/>
          <w:sz w:val="22"/>
        </w:rPr>
        <w:t>Português</w:t>
      </w:r>
      <w:proofErr w:type="spellEnd"/>
      <w:r w:rsidRPr="00C662C7">
        <w:rPr>
          <w:b/>
          <w:sz w:val="22"/>
        </w:rPr>
        <w:t xml:space="preserve">: </w:t>
      </w:r>
      <w:r w:rsidRPr="00C662C7">
        <w:rPr>
          <w:sz w:val="22"/>
        </w:rPr>
        <w:t xml:space="preserve">Nativo | </w:t>
      </w:r>
      <w:proofErr w:type="spellStart"/>
      <w:r w:rsidRPr="00C662C7">
        <w:rPr>
          <w:b/>
          <w:sz w:val="22"/>
        </w:rPr>
        <w:t>Espanhol</w:t>
      </w:r>
      <w:proofErr w:type="spellEnd"/>
      <w:r w:rsidRPr="00C662C7">
        <w:rPr>
          <w:b/>
          <w:sz w:val="22"/>
        </w:rPr>
        <w:t xml:space="preserve">: </w:t>
      </w:r>
      <w:proofErr w:type="spellStart"/>
      <w:r w:rsidRPr="00C662C7">
        <w:rPr>
          <w:sz w:val="22"/>
        </w:rPr>
        <w:t>Avançado</w:t>
      </w:r>
      <w:proofErr w:type="spellEnd"/>
      <w:r w:rsidRPr="00C662C7">
        <w:rPr>
          <w:sz w:val="22"/>
        </w:rPr>
        <w:t xml:space="preserve"> | </w:t>
      </w:r>
      <w:proofErr w:type="spellStart"/>
      <w:r w:rsidRPr="00C662C7">
        <w:rPr>
          <w:b/>
          <w:sz w:val="22"/>
        </w:rPr>
        <w:t>Inglês</w:t>
      </w:r>
      <w:proofErr w:type="spellEnd"/>
      <w:r w:rsidRPr="00C662C7">
        <w:rPr>
          <w:b/>
          <w:sz w:val="22"/>
        </w:rPr>
        <w:t xml:space="preserve">: </w:t>
      </w:r>
      <w:proofErr w:type="spellStart"/>
      <w:r w:rsidRPr="00C662C7">
        <w:rPr>
          <w:sz w:val="22"/>
        </w:rPr>
        <w:t>Intermediário</w:t>
      </w:r>
      <w:proofErr w:type="spellEnd"/>
    </w:p>
    <w:p w14:paraId="386BBDCF" w14:textId="77777777" w:rsidR="006B5951" w:rsidRPr="00C662C7" w:rsidRDefault="006B5951">
      <w:pPr>
        <w:spacing w:after="20"/>
        <w:ind w:left="216"/>
        <w:rPr>
          <w:sz w:val="22"/>
        </w:rPr>
      </w:pPr>
    </w:p>
    <w:p w14:paraId="23FBD89F" w14:textId="0FB216D8" w:rsidR="00151780" w:rsidRPr="00C662C7" w:rsidRDefault="00000000">
      <w:pPr>
        <w:pStyle w:val="SectionHeading"/>
        <w:pBdr>
          <w:bottom w:val="single" w:sz="5" w:space="1" w:color="B7B7B7"/>
        </w:pBdr>
        <w:rPr>
          <w:sz w:val="28"/>
          <w:szCs w:val="28"/>
        </w:rPr>
      </w:pPr>
      <w:r>
        <w:t>Projetos Relevantes</w:t>
      </w:r>
    </w:p>
    <w:p w14:paraId="622D4853" w14:textId="77777777" w:rsidR="00151780" w:rsidRDefault="00151780">
      <w:pPr>
        <w:pStyle w:val="ProjectHeading"/>
        <w:rPr>
          <w:sz w:val="24"/>
          <w:szCs w:val="24"/>
        </w:rPr>
      </w:pPr>
      <w:r>
        <w:rPr>
          <w:b/>
          <w:sz w:val="24"/>
        </w:rPr>
        <w:t>Análise Exploratória de Churn - Python</w:t>
      </w:r>
    </w:p>
    <w:p w14:paraId="4F421546" w14:textId="77777777" w:rsidR="00020319" w:rsidRPr="00C662C7" w:rsidRDefault="00000000">
      <w:pPr>
        <w:pStyle w:val="CompactBullet"/>
        <w:rPr>
          <w:sz w:val="22"/>
        </w:rPr>
      </w:pPr>
      <w:r>
        <w:rPr>
          <w:sz w:val="22"/>
        </w:rPr>
        <w:t>• Projeto de análise exploratória de cancelamento de assinantes de uma plataforma fictícia de streaming, com limpeza de dados e tratamento de valores ausentes, duplicatas e outliers.</w:t>
      </w:r>
    </w:p>
    <w:p w14:paraId="3536ED55" w14:textId="77777777" w:rsidR="00020319" w:rsidRPr="00C662C7" w:rsidRDefault="00000000">
      <w:pPr>
        <w:pStyle w:val="CompactBullet"/>
        <w:rPr>
          <w:sz w:val="22"/>
        </w:rPr>
      </w:pPr>
      <w:r>
        <w:rPr>
          <w:sz w:val="22"/>
        </w:rPr>
        <w:t>• Geração de KPIs, análise de correlações, teste estatístico, visualizações com Matplotlib/Seaborn e dashboard executivo com insights e recomendações de retenção.</w:t>
      </w:r>
    </w:p>
    <w:p w14:paraId="173B939F" w14:textId="77777777" w:rsidR="00020319" w:rsidRPr="00C662C7" w:rsidRDefault="00000000" w:rsidP="00C662C7">
      <w:pPr>
        <w:spacing w:after="120"/>
        <w:ind w:left="216"/>
        <w:rPr>
          <w:sz w:val="22"/>
        </w:rPr>
      </w:pPr>
      <w:r>
        <w:rPr>
          <w:b/>
          <w:sz w:val="22"/>
        </w:rPr>
        <w:t xml:space="preserve">Repositório: </w:t>
      </w:r>
      <w:hyperlink r:id="rId17">
        <w:r>
          <w:rPr>
            <w:color w:val="0563C1"/>
            <w:u w:val="single"/>
            <w:sz w:val="22"/>
          </w:rPr>
          <w:t>github.com/matbarroso97/analise-churn-net-videos</w:t>
        </w:r>
      </w:hyperlink>
    </w:p>
    <w:p w14:paraId="74603BBB" w14:textId="77777777" w:rsidR="00151780" w:rsidRDefault="00151780">
      <w:pPr>
        <w:pStyle w:val="ProjectHeading"/>
        <w:rPr>
          <w:sz w:val="24"/>
          <w:szCs w:val="24"/>
        </w:rPr>
      </w:pPr>
    </w:p>
    <w:p w14:paraId="3B91690B" w14:textId="3E231018" w:rsidR="00151780" w:rsidRPr="00C662C7" w:rsidRDefault="00000000">
      <w:pPr>
        <w:pStyle w:val="ProjectHeading"/>
        <w:rPr>
          <w:sz w:val="24"/>
          <w:szCs w:val="24"/>
        </w:rPr>
      </w:pPr>
      <w:r>
        <w:rPr>
          <w:sz w:val="24"/>
          <w:szCs w:val="24"/>
        </w:rPr>
        <w:t xml:space="preserve">Sistema de </w:t>
      </w:r>
      <w:proofErr w:type="spellStart"/>
      <w:r>
        <w:rPr>
          <w:sz w:val="24"/>
          <w:szCs w:val="24"/>
        </w:rPr>
        <w:t>Recrutamento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Ético</w:t>
      </w:r>
      <w:proofErr w:type="spellEnd"/>
      <w:r>
        <w:rPr>
          <w:sz w:val="24"/>
          <w:szCs w:val="24"/>
        </w:rPr>
        <w:t xml:space="preserve"> e Inclusivo com Base em Dados - Python + pandas</w:t>
      </w:r>
    </w:p>
    <w:p w14:paraId="4F421546" w14:textId="77777777" w:rsidR="00020319" w:rsidRPr="00C662C7" w:rsidRDefault="00000000">
      <w:pPr>
        <w:pStyle w:val="CompactBullet"/>
        <w:rPr>
          <w:sz w:val="22"/>
        </w:rPr>
      </w:pPr>
      <w:r>
        <w:rPr>
          <w:sz w:val="22"/>
        </w:rPr>
        <w:t>• Projeto acadêmico para processar dados de candidatos, aplicar critérios de pontuação, classificar perfis e gerar relatório em CSV.</w:t>
      </w:r>
    </w:p>
    <w:p w14:paraId="3536ED55" w14:textId="77777777" w:rsidR="00020319" w:rsidRPr="00C662C7" w:rsidRDefault="00000000">
      <w:pPr>
        <w:pStyle w:val="CompactBullet"/>
        <w:rPr>
          <w:sz w:val="22"/>
        </w:rPr>
      </w:pPr>
      <w:r>
        <w:rPr>
          <w:sz w:val="22"/>
        </w:rPr>
        <w:t>• Uso de pandas e DataFrames para normalização de dados, regras de negócio e análise simples de viés de gênero.</w:t>
      </w:r>
    </w:p>
    <w:p w14:paraId="173B939F" w14:textId="77777777" w:rsidR="00020319" w:rsidRPr="00C662C7" w:rsidRDefault="00000000" w:rsidP="00C662C7">
      <w:pPr>
        <w:spacing w:after="120"/>
        <w:ind w:left="216"/>
        <w:rPr>
          <w:sz w:val="22"/>
        </w:rPr>
      </w:pPr>
      <w:r>
        <w:rPr>
          <w:b/>
        </w:rPr>
        <w:t xml:space="preserve">Repositório: </w:t>
      </w:r>
      <w:hyperlink r:id="rId11">
        <w:r w:rsidR="00020319">
          <w:rPr>
            <w:color w:val="0563C1"/>
            <w:u w:val="single"/>
          </w:rPr>
          <w:t>github.com/matbarroso97/python-recrutamento-inclusivo</w:t>
        </w:r>
      </w:hyperlink>
    </w:p>
    <w:p w14:paraId="74603BBB" w14:textId="77777777" w:rsidR="00151780" w:rsidRDefault="00151780">
      <w:pPr>
        <w:pStyle w:val="ProjectHeading"/>
        <w:rPr>
          <w:sz w:val="24"/>
          <w:szCs w:val="24"/>
        </w:rPr>
      </w:pPr>
    </w:p>
    <w:p w14:paraId="639B0803" w14:textId="7E3C8FA9" w:rsidR="00020319" w:rsidRPr="00C662C7" w:rsidRDefault="00000000">
      <w:pPr>
        <w:pStyle w:val="ProjectHeading"/>
        <w:rPr>
          <w:sz w:val="24"/>
          <w:szCs w:val="24"/>
        </w:rPr>
      </w:pPr>
      <w:r>
        <w:rPr>
          <w:sz w:val="24"/>
          <w:szCs w:val="24"/>
        </w:rPr>
        <w:t xml:space="preserve">Plataforma de </w:t>
      </w:r>
      <w:proofErr w:type="spellStart"/>
      <w:r>
        <w:rPr>
          <w:sz w:val="24"/>
          <w:szCs w:val="24"/>
        </w:rPr>
        <w:t>Estatísticas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Futebol</w:t>
      </w:r>
      <w:proofErr w:type="spellEnd"/>
      <w:r>
        <w:rPr>
          <w:sz w:val="24"/>
          <w:szCs w:val="24"/>
        </w:rPr>
        <w:t xml:space="preserve"> Feminino - Python</w:t>
      </w:r>
    </w:p>
    <w:p w14:paraId="4D8F3F58" w14:textId="77777777" w:rsidR="00020319" w:rsidRPr="00C662C7" w:rsidRDefault="00000000">
      <w:pPr>
        <w:pStyle w:val="CompactBullet"/>
        <w:rPr>
          <w:sz w:val="22"/>
        </w:rPr>
      </w:pPr>
      <w:r>
        <w:rPr>
          <w:sz w:val="22"/>
        </w:rPr>
        <w:t>• Sistema para cadastro e organização de dados de jogadoras, clubes, campeonatos, partidas e eventos de jogo.</w:t>
      </w:r>
    </w:p>
    <w:p w14:paraId="0B7DEE29" w14:textId="77777777" w:rsidR="00020319" w:rsidRPr="00C662C7" w:rsidRDefault="00000000">
      <w:pPr>
        <w:pStyle w:val="CompactBullet"/>
        <w:rPr>
          <w:sz w:val="22"/>
        </w:rPr>
      </w:pPr>
      <w:r>
        <w:rPr>
          <w:sz w:val="22"/>
        </w:rPr>
        <w:t>• Cálculo automático de estatísticas, rankings e comparações, com buscas e estruturação modular das informações.</w:t>
      </w:r>
    </w:p>
    <w:p w14:paraId="7926508A" w14:textId="77777777" w:rsidR="00020319" w:rsidRPr="00C662C7" w:rsidRDefault="00000000" w:rsidP="00C662C7">
      <w:pPr>
        <w:spacing w:after="120"/>
        <w:ind w:left="216"/>
        <w:rPr>
          <w:sz w:val="22"/>
        </w:rPr>
      </w:pPr>
      <w:r>
        <w:rPr>
          <w:b/>
        </w:rPr>
        <w:t xml:space="preserve">Repositório: </w:t>
      </w:r>
      <w:hyperlink r:id="rId12">
        <w:r w:rsidR="00020319">
          <w:rPr>
            <w:color w:val="0563C1"/>
            <w:u w:val="single"/>
          </w:rPr>
          <w:t>github.com/matbarroso97/python-futebol-feminino</w:t>
        </w:r>
      </w:hyperlink>
    </w:p>
    <w:p w14:paraId="7CD5B5AB" w14:textId="77777777" w:rsidR="00151780" w:rsidRDefault="00151780" w:rsidP="00C662C7">
      <w:pPr>
        <w:pStyle w:val="ProjectHeading"/>
        <w:rPr>
          <w:sz w:val="24"/>
          <w:szCs w:val="24"/>
        </w:rPr>
      </w:pPr>
    </w:p>
    <w:p w14:paraId="0E9F375F" w14:textId="2AE06028" w:rsidR="00020319" w:rsidRPr="00C662C7" w:rsidRDefault="00000000" w:rsidP="00C662C7">
      <w:pPr>
        <w:pStyle w:val="ProjectHeading"/>
        <w:rPr>
          <w:sz w:val="24"/>
          <w:szCs w:val="24"/>
        </w:rPr>
      </w:pPr>
      <w:r>
        <w:rPr>
          <w:sz w:val="24"/>
          <w:szCs w:val="24"/>
        </w:rPr>
        <w:t xml:space="preserve">Controle de </w:t>
      </w:r>
      <w:proofErr w:type="spellStart"/>
      <w:r>
        <w:rPr>
          <w:sz w:val="24"/>
          <w:szCs w:val="24"/>
        </w:rPr>
        <w:t>Gastos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Residenciais</w:t>
      </w:r>
      <w:proofErr w:type="spellEnd"/>
      <w:r>
        <w:rPr>
          <w:sz w:val="24"/>
          <w:szCs w:val="24"/>
        </w:rPr>
        <w:t xml:space="preserve"> - .NET + SQLite</w:t>
      </w:r>
    </w:p>
    <w:p w14:paraId="0D1BF136" w14:textId="77777777" w:rsidR="00020319" w:rsidRPr="00C662C7" w:rsidRDefault="00000000" w:rsidP="00C662C7">
      <w:pPr>
        <w:pStyle w:val="CompactBullet"/>
        <w:spacing w:after="0"/>
        <w:rPr>
          <w:sz w:val="22"/>
        </w:rPr>
      </w:pPr>
      <w:r>
        <w:rPr>
          <w:sz w:val="22"/>
        </w:rPr>
        <w:t>• Aplicação para registro de pessoas, receitas e despesas, com regras de negócio e consulta de saldos individuais e consolidados.</w:t>
      </w:r>
    </w:p>
    <w:p w14:paraId="040152DA" w14:textId="77777777" w:rsidR="00020319" w:rsidRPr="00C662C7" w:rsidRDefault="00000000" w:rsidP="00C662C7">
      <w:pPr>
        <w:pStyle w:val="CompactBullet"/>
        <w:spacing w:after="0"/>
        <w:rPr>
          <w:sz w:val="22"/>
        </w:rPr>
      </w:pPr>
      <w:r>
        <w:rPr>
          <w:sz w:val="22"/>
        </w:rPr>
        <w:t>• Uso de SQLite e Entity Framework Core para persistência de dados, além de API REST e testes automatizados.</w:t>
      </w:r>
    </w:p>
    <w:p w14:paraId="41D42B72" w14:textId="77777777" w:rsidR="00020319" w:rsidRPr="00C662C7" w:rsidRDefault="00000000" w:rsidP="00C662C7">
      <w:pPr>
        <w:spacing w:after="120"/>
        <w:ind w:left="216"/>
        <w:rPr>
          <w:sz w:val="22"/>
        </w:rPr>
      </w:pPr>
      <w:r>
        <w:rPr>
          <w:b/>
        </w:rPr>
        <w:t xml:space="preserve">Repositório: </w:t>
      </w:r>
      <w:hyperlink r:id="rId13">
        <w:r w:rsidR="00020319">
          <w:rPr>
            <w:color w:val="0563C1"/>
            <w:u w:val="single"/>
          </w:rPr>
          <w:t>github.com/matbarroso97/sistema-controle-gastos</w:t>
        </w:r>
      </w:hyperlink>
    </w:p>
    <w:p w14:paraId="0ABA8E8E" w14:textId="77777777" w:rsidR="00151780" w:rsidRDefault="00151780">
      <w:pPr>
        <w:pStyle w:val="ProjectHeading"/>
        <w:rPr>
          <w:sz w:val="24"/>
          <w:szCs w:val="24"/>
        </w:rPr>
      </w:pPr>
    </w:p>
    <w:p w14:paraId="03937B60" w14:textId="2DA76AD7" w:rsidR="00020319" w:rsidRPr="00C662C7" w:rsidRDefault="00000000">
      <w:pPr>
        <w:pStyle w:val="ProjectHeading"/>
        <w:rPr>
          <w:sz w:val="24"/>
          <w:szCs w:val="24"/>
        </w:rPr>
      </w:pPr>
      <w:r>
        <w:rPr>
          <w:sz w:val="24"/>
          <w:szCs w:val="24"/>
        </w:rPr>
        <w:t>CRUD de Pessoa - Java + PostgreSQL</w:t>
      </w:r>
    </w:p>
    <w:p w14:paraId="4BF0C5E0" w14:textId="77777777" w:rsidR="00020319" w:rsidRPr="00C662C7" w:rsidRDefault="00000000">
      <w:pPr>
        <w:pStyle w:val="CompactBullet"/>
        <w:rPr>
          <w:sz w:val="22"/>
        </w:rPr>
      </w:pPr>
      <w:r>
        <w:rPr>
          <w:sz w:val="22"/>
        </w:rPr>
        <w:t>• Aplicação para cadastro, consulta, atualização e exclusão de registros em banco de dados relacional.</w:t>
      </w:r>
    </w:p>
    <w:p w14:paraId="6EE3FE76" w14:textId="77777777" w:rsidR="00020319" w:rsidRPr="00C662C7" w:rsidRDefault="00000000">
      <w:pPr>
        <w:pStyle w:val="CompactBullet"/>
        <w:rPr>
          <w:sz w:val="22"/>
        </w:rPr>
      </w:pPr>
      <w:r>
        <w:rPr>
          <w:sz w:val="22"/>
        </w:rPr>
        <w:t>• Prática com modelagem de dados, SQL, JPA/Hibernate, transações e persistência em PostgreSQL.</w:t>
      </w:r>
    </w:p>
    <w:p w14:paraId="3BA5D7C6" w14:textId="4DD62BAC" w:rsidR="00020319" w:rsidRDefault="00000000">
      <w:pPr>
        <w:ind w:left="216"/>
      </w:pPr>
      <w:r>
        <w:rPr>
          <w:b/>
        </w:rPr>
        <w:t xml:space="preserve">Repositório: </w:t>
      </w:r>
      <w:hyperlink r:id="rId14">
        <w:r w:rsidR="00020319">
          <w:rPr>
            <w:color w:val="0563C1"/>
            <w:u w:val="single"/>
          </w:rPr>
          <w:t>github.com/matbarroso97/jpa-hibernate-postgresql</w:t>
        </w:r>
      </w:hyperlink>
    </w:p>
    <w:p w14:paraId="0E54B0AB" w14:textId="77777777" w:rsidR="00594BA6" w:rsidRDefault="00594BA6">
      <w:pPr>
        <w:ind w:left="216"/>
        <w:rPr>
          <w:sz w:val="22"/>
        </w:rPr>
      </w:pPr>
    </w:p>
    <w:p w14:paraId="420BF102" w14:textId="77777777" w:rsidR="00594BA6" w:rsidRDefault="00594BA6">
      <w:pPr>
        <w:ind w:left="216"/>
        <w:rPr>
          <w:sz w:val="22"/>
        </w:rPr>
      </w:pPr>
    </w:p>
    <w:p w14:paraId="5E254FFC" w14:textId="77777777" w:rsidR="00594BA6" w:rsidRPr="00C662C7" w:rsidRDefault="00594BA6">
      <w:pPr>
        <w:ind w:left="216"/>
        <w:rPr>
          <w:sz w:val="22"/>
        </w:rPr>
      </w:pPr>
    </w:p>
    <w:p w14:paraId="2AD2F220" w14:textId="59B41D59" w:rsidR="00020319" w:rsidRPr="00C662C7" w:rsidRDefault="00020319">
      <w:pPr>
        <w:rPr>
          <w:sz w:val="22"/>
        </w:rPr>
      </w:pPr>
    </w:p>
    <w:sectPr w:rsidR="00020319" w:rsidRPr="00C662C7" w:rsidSect="00034616">
      <w:pgSz w:w="12240" w:h="15840"/>
      <w:pgMar w:top="691" w:right="835" w:bottom="691" w:left="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65117057">
    <w:abstractNumId w:val="8"/>
  </w:num>
  <w:num w:numId="2" w16cid:durableId="499546335">
    <w:abstractNumId w:val="6"/>
  </w:num>
  <w:num w:numId="3" w16cid:durableId="1489663351">
    <w:abstractNumId w:val="5"/>
  </w:num>
  <w:num w:numId="4" w16cid:durableId="1023019478">
    <w:abstractNumId w:val="4"/>
  </w:num>
  <w:num w:numId="5" w16cid:durableId="238372677">
    <w:abstractNumId w:val="7"/>
  </w:num>
  <w:num w:numId="6" w16cid:durableId="514345570">
    <w:abstractNumId w:val="3"/>
  </w:num>
  <w:num w:numId="7" w16cid:durableId="101875295">
    <w:abstractNumId w:val="2"/>
  </w:num>
  <w:num w:numId="8" w16cid:durableId="1493567643">
    <w:abstractNumId w:val="1"/>
  </w:num>
  <w:num w:numId="9" w16cid:durableId="126545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0319"/>
    <w:rsid w:val="00034616"/>
    <w:rsid w:val="0006063C"/>
    <w:rsid w:val="0015074B"/>
    <w:rsid w:val="00151780"/>
    <w:rsid w:val="0029639D"/>
    <w:rsid w:val="00326F90"/>
    <w:rsid w:val="004204F0"/>
    <w:rsid w:val="004C72FF"/>
    <w:rsid w:val="00594BA6"/>
    <w:rsid w:val="006B23CD"/>
    <w:rsid w:val="006B5951"/>
    <w:rsid w:val="009D7E92"/>
    <w:rsid w:val="00AA1D8D"/>
    <w:rsid w:val="00B47730"/>
    <w:rsid w:val="00C662C7"/>
    <w:rsid w:val="00CB0664"/>
    <w:rsid w:val="00D07435"/>
    <w:rsid w:val="00E9702C"/>
    <w:rsid w:val="00F22B3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9AECF1"/>
  <w14:defaultImageDpi w14:val="300"/>
  <w15:docId w15:val="{7ED6BBD6-B46E-4355-9E4F-16E7B797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hAnsi="Arial"/>
      <w:sz w:val="18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ectionHeading">
    <w:name w:val="Section Heading"/>
    <w:pPr>
      <w:keepNext/>
      <w:spacing w:before="140" w:after="40"/>
    </w:pPr>
    <w:rPr>
      <w:rFonts w:ascii="Arial" w:hAnsi="Arial"/>
      <w:b/>
    </w:rPr>
  </w:style>
  <w:style w:type="paragraph" w:customStyle="1" w:styleId="ProjectHeading">
    <w:name w:val="Project Heading"/>
    <w:pPr>
      <w:keepNext/>
      <w:spacing w:before="70" w:after="0"/>
    </w:pPr>
    <w:rPr>
      <w:rFonts w:ascii="Arial" w:hAnsi="Arial"/>
      <w:b/>
      <w:sz w:val="19"/>
    </w:rPr>
  </w:style>
  <w:style w:type="paragraph" w:customStyle="1" w:styleId="CompactBullet">
    <w:name w:val="Compact Bullet"/>
    <w:pPr>
      <w:spacing w:after="10" w:line="240" w:lineRule="auto"/>
      <w:ind w:left="216" w:hanging="173"/>
    </w:pPr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s://github.com/matbarroso97" TargetMode="External"/><Relationship Id="rId13" Type="http://schemas.openxmlformats.org/officeDocument/2006/relationships/hyperlink" Target="https://github.com/matbarroso97/sistema-controle-gastos" TargetMode="External"/><Relationship Id="rId3" Type="http://schemas.openxmlformats.org/officeDocument/2006/relationships/styles" Target="styles.xml"/><Relationship Id="rId7" Type="http://schemas.openxmlformats.org/officeDocument/2006/relationships/hyperlink" Target="https://linkedin.com/in/matheusdcbarroso" TargetMode="External"/><Relationship Id="rId12" Type="http://schemas.openxmlformats.org/officeDocument/2006/relationships/hyperlink" Target="https://github.com/matbarroso97/python-futebol-feminino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matheusbarroso.dev@gmail.com" TargetMode="External"/><Relationship Id="rId11" Type="http://schemas.openxmlformats.org/officeDocument/2006/relationships/hyperlink" Target="https://github.com/matbarroso97/python-recrutamento-inclusivo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stitutobalbino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theusbarroso.dev" TargetMode="External"/><Relationship Id="rId14" Type="http://schemas.openxmlformats.org/officeDocument/2006/relationships/hyperlink" Target="https://github.com/matbarroso97/jpa-hibernate-postgresql" TargetMode="External"/><Relationship Id="rId17" Type="http://schemas.openxmlformats.org/officeDocument/2006/relationships/hyperlink" Target="https://github.com/matbarroso97/analise-churn-net-vide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692</Words>
  <Characters>3738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Currículo - Matheus Barroso - Engenharia de Inteligência Artificial</vt:lpstr>
      <vt:lpstr/>
    </vt:vector>
  </TitlesOfParts>
  <Manager/>
  <Company/>
  <LinksUpToDate>false</LinksUpToDate>
  <CharactersWithSpaces>4422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Currículo - Matheus Barroso - Estágio em Análise de Dados</dc:title>
  <dc:subject>Candidatura ao Programa de Estágio Bradesco - Administração de Consórcios</dc:subject>
  <dc:creator>Matheus Barroso</dc:creator>
  <cp:keywords>Python, SQL, pandas, análise de dados, Bradesco, estágio</cp:keywords>
  <dc:description/>
  <cp:lastModifiedBy>Matheus Barroso</cp:lastModifiedBy>
  <cp:revision>6</cp:revision>
  <dcterms:created xsi:type="dcterms:W3CDTF">2026-07-30T02:07:00Z</dcterms:created>
  <dcterms:modified xsi:type="dcterms:W3CDTF">2026-07-30T13:49:00Z</dcterms:modified>
  <cp:category/>
</cp:coreProperties>
</file>